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93B70A" w14:textId="40ECA4DC" w:rsidR="00746F27" w:rsidRPr="00ED5832" w:rsidRDefault="007427FF">
      <w:pPr>
        <w:spacing w:after="40"/>
        <w:jc w:val="center"/>
        <w:rPr>
          <w:rFonts w:ascii="Times New Roman" w:hAnsi="Times New Roman" w:cs="Times New Roman"/>
          <w:lang w:val="ru-RU"/>
        </w:rPr>
      </w:pPr>
      <w:r w:rsidRPr="00ED5832">
        <w:rPr>
          <w:rFonts w:ascii="Times New Roman" w:hAnsi="Times New Roman" w:cs="Times New Roman"/>
          <w:b/>
          <w:sz w:val="26"/>
          <w:lang w:val="ru-RU"/>
        </w:rPr>
        <w:t xml:space="preserve">Открытый республиканский </w:t>
      </w:r>
      <w:r w:rsidRPr="00ED5832">
        <w:rPr>
          <w:rFonts w:ascii="Times New Roman" w:hAnsi="Times New Roman" w:cs="Times New Roman"/>
          <w:b/>
          <w:sz w:val="26"/>
        </w:rPr>
        <w:t>IT</w:t>
      </w:r>
      <w:r w:rsidRPr="00ED5832">
        <w:rPr>
          <w:rFonts w:ascii="Times New Roman" w:hAnsi="Times New Roman" w:cs="Times New Roman"/>
          <w:b/>
          <w:sz w:val="26"/>
          <w:lang w:val="ru-RU"/>
        </w:rPr>
        <w:t xml:space="preserve">-конкурс </w:t>
      </w:r>
      <w:r w:rsidR="00203833">
        <w:rPr>
          <w:rFonts w:ascii="Times New Roman" w:hAnsi="Times New Roman" w:cs="Times New Roman"/>
          <w:b/>
          <w:sz w:val="26"/>
          <w:lang w:val="ru-RU"/>
        </w:rPr>
        <w:t>«</w:t>
      </w:r>
      <w:r w:rsidRPr="00ED5832">
        <w:rPr>
          <w:rFonts w:ascii="Times New Roman" w:hAnsi="Times New Roman" w:cs="Times New Roman"/>
          <w:b/>
          <w:sz w:val="26"/>
          <w:lang w:val="ru-RU"/>
        </w:rPr>
        <w:t>РобИн-2026</w:t>
      </w:r>
      <w:r w:rsidR="00203833">
        <w:rPr>
          <w:rFonts w:ascii="Times New Roman" w:hAnsi="Times New Roman" w:cs="Times New Roman"/>
          <w:b/>
          <w:sz w:val="26"/>
          <w:lang w:val="ru-RU"/>
        </w:rPr>
        <w:t>»</w:t>
      </w:r>
    </w:p>
    <w:p w14:paraId="64E1D6B8" w14:textId="77777777" w:rsidR="00746F27" w:rsidRPr="00ED5832" w:rsidRDefault="007427FF">
      <w:pPr>
        <w:jc w:val="center"/>
        <w:rPr>
          <w:rFonts w:ascii="Times New Roman" w:hAnsi="Times New Roman" w:cs="Times New Roman"/>
          <w:lang w:val="ru-RU"/>
        </w:rPr>
      </w:pPr>
      <w:r w:rsidRPr="00ED5832">
        <w:rPr>
          <w:rFonts w:ascii="Times New Roman" w:hAnsi="Times New Roman" w:cs="Times New Roman"/>
          <w:b/>
          <w:lang w:val="ru-RU"/>
        </w:rPr>
        <w:t>Итоги: призовые места (1, 2, 3)</w:t>
      </w:r>
    </w:p>
    <w:p w14:paraId="46F733C0" w14:textId="1F19EAA9" w:rsidR="00746F27" w:rsidRPr="00ED5832" w:rsidRDefault="007427FF">
      <w:pPr>
        <w:spacing w:before="120" w:after="40"/>
        <w:rPr>
          <w:rFonts w:ascii="Times New Roman" w:hAnsi="Times New Roman" w:cs="Times New Roman"/>
          <w:lang w:val="ru-RU"/>
        </w:rPr>
      </w:pPr>
      <w:r w:rsidRPr="00ED5832">
        <w:rPr>
          <w:rFonts w:ascii="Times New Roman" w:hAnsi="Times New Roman" w:cs="Times New Roman"/>
          <w:b/>
          <w:color w:val="1F4E79"/>
          <w:sz w:val="20"/>
          <w:lang w:val="ru-RU"/>
        </w:rPr>
        <w:t xml:space="preserve">Номинация 1: </w:t>
      </w:r>
      <w:r w:rsidRPr="00ED5832">
        <w:rPr>
          <w:rFonts w:ascii="Times New Roman" w:hAnsi="Times New Roman" w:cs="Times New Roman"/>
          <w:b/>
          <w:color w:val="1F4E79"/>
          <w:sz w:val="20"/>
        </w:rPr>
        <w:t>Frontend</w:t>
      </w:r>
      <w:r w:rsidRPr="00ED5832">
        <w:rPr>
          <w:rFonts w:ascii="Times New Roman" w:hAnsi="Times New Roman" w:cs="Times New Roman"/>
          <w:b/>
          <w:color w:val="1F4E79"/>
          <w:sz w:val="20"/>
          <w:lang w:val="ru-RU"/>
        </w:rPr>
        <w:t>-разработка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97"/>
        <w:gridCol w:w="1558"/>
        <w:gridCol w:w="2313"/>
        <w:gridCol w:w="644"/>
        <w:gridCol w:w="2471"/>
        <w:gridCol w:w="668"/>
        <w:gridCol w:w="2479"/>
      </w:tblGrid>
      <w:tr w:rsidR="00746F27" w:rsidRPr="00ED5832" w14:paraId="2DE0B964" w14:textId="77777777">
        <w:tc>
          <w:tcPr>
            <w:tcW w:w="397" w:type="dxa"/>
            <w:shd w:val="clear" w:color="auto" w:fill="1F4E79"/>
            <w:vAlign w:val="center"/>
          </w:tcPr>
          <w:p w14:paraId="14891D9A" w14:textId="77777777" w:rsidR="00746F27" w:rsidRPr="00ED5832" w:rsidRDefault="007427FF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32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№</w:t>
            </w:r>
          </w:p>
        </w:tc>
        <w:tc>
          <w:tcPr>
            <w:tcW w:w="1587" w:type="dxa"/>
            <w:shd w:val="clear" w:color="auto" w:fill="1F4E79"/>
            <w:vAlign w:val="center"/>
          </w:tcPr>
          <w:p w14:paraId="6B41500B" w14:textId="77777777" w:rsidR="00746F27" w:rsidRPr="00ED5832" w:rsidRDefault="007427FF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D5832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Регион</w:t>
            </w:r>
            <w:proofErr w:type="spellEnd"/>
          </w:p>
        </w:tc>
        <w:tc>
          <w:tcPr>
            <w:tcW w:w="2381" w:type="dxa"/>
            <w:shd w:val="clear" w:color="auto" w:fill="1F4E79"/>
            <w:vAlign w:val="center"/>
          </w:tcPr>
          <w:p w14:paraId="43A8B18E" w14:textId="77777777" w:rsidR="00746F27" w:rsidRPr="00ED5832" w:rsidRDefault="007427FF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32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 xml:space="preserve">ФИО </w:t>
            </w:r>
            <w:proofErr w:type="spellStart"/>
            <w:r w:rsidRPr="00ED5832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участника</w:t>
            </w:r>
            <w:proofErr w:type="spellEnd"/>
            <w:r w:rsidRPr="00ED5832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(</w:t>
            </w:r>
            <w:proofErr w:type="spellStart"/>
            <w:r w:rsidRPr="00ED5832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ов</w:t>
            </w:r>
            <w:proofErr w:type="spellEnd"/>
            <w:r w:rsidRPr="00ED5832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)</w:t>
            </w:r>
          </w:p>
        </w:tc>
        <w:tc>
          <w:tcPr>
            <w:tcW w:w="510" w:type="dxa"/>
            <w:shd w:val="clear" w:color="auto" w:fill="1F4E79"/>
            <w:vAlign w:val="center"/>
          </w:tcPr>
          <w:p w14:paraId="39B05C4B" w14:textId="77777777" w:rsidR="00746F27" w:rsidRPr="00ED5832" w:rsidRDefault="007427FF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D5832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Класс</w:t>
            </w:r>
            <w:proofErr w:type="spellEnd"/>
          </w:p>
        </w:tc>
        <w:tc>
          <w:tcPr>
            <w:tcW w:w="2551" w:type="dxa"/>
            <w:shd w:val="clear" w:color="auto" w:fill="1F4E79"/>
            <w:vAlign w:val="center"/>
          </w:tcPr>
          <w:p w14:paraId="3DD17C91" w14:textId="77777777" w:rsidR="00746F27" w:rsidRPr="00ED5832" w:rsidRDefault="007427FF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D5832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Учреждение</w:t>
            </w:r>
            <w:proofErr w:type="spellEnd"/>
            <w:r w:rsidRPr="00ED5832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 xml:space="preserve"> </w:t>
            </w:r>
            <w:proofErr w:type="spellStart"/>
            <w:r w:rsidRPr="00ED5832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образования</w:t>
            </w:r>
            <w:proofErr w:type="spellEnd"/>
          </w:p>
        </w:tc>
        <w:tc>
          <w:tcPr>
            <w:tcW w:w="510" w:type="dxa"/>
            <w:shd w:val="clear" w:color="auto" w:fill="1F4E79"/>
            <w:vAlign w:val="center"/>
          </w:tcPr>
          <w:p w14:paraId="28A49FEB" w14:textId="77777777" w:rsidR="00746F27" w:rsidRPr="00ED5832" w:rsidRDefault="007427FF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D5832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Место</w:t>
            </w:r>
            <w:proofErr w:type="spellEnd"/>
          </w:p>
        </w:tc>
        <w:tc>
          <w:tcPr>
            <w:tcW w:w="2551" w:type="dxa"/>
            <w:shd w:val="clear" w:color="auto" w:fill="1F4E79"/>
            <w:vAlign w:val="center"/>
          </w:tcPr>
          <w:p w14:paraId="4E97BAA9" w14:textId="77777777" w:rsidR="00746F27" w:rsidRPr="00ED5832" w:rsidRDefault="007427FF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D5832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Руководитель</w:t>
            </w:r>
            <w:proofErr w:type="spellEnd"/>
          </w:p>
        </w:tc>
      </w:tr>
      <w:tr w:rsidR="00746F27" w:rsidRPr="00ED5832" w14:paraId="3D4BA514" w14:textId="77777777">
        <w:tc>
          <w:tcPr>
            <w:tcW w:w="397" w:type="dxa"/>
            <w:shd w:val="clear" w:color="auto" w:fill="FFF9E6"/>
            <w:vAlign w:val="center"/>
          </w:tcPr>
          <w:p w14:paraId="2134FC8F" w14:textId="2A72101B" w:rsidR="00746F27" w:rsidRPr="00ED5832" w:rsidRDefault="00FC601A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ED5832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1587" w:type="dxa"/>
            <w:shd w:val="clear" w:color="auto" w:fill="FFF9E6"/>
            <w:vAlign w:val="center"/>
          </w:tcPr>
          <w:p w14:paraId="08C9BB84" w14:textId="77777777" w:rsidR="00746F27" w:rsidRPr="00ED5832" w:rsidRDefault="007427FF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D5832">
              <w:rPr>
                <w:rFonts w:ascii="Times New Roman" w:hAnsi="Times New Roman" w:cs="Times New Roman"/>
                <w:sz w:val="16"/>
                <w:szCs w:val="16"/>
              </w:rPr>
              <w:t>Витебская</w:t>
            </w:r>
            <w:proofErr w:type="spellEnd"/>
            <w:r w:rsidRPr="00ED58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5832">
              <w:rPr>
                <w:rFonts w:ascii="Times New Roman" w:hAnsi="Times New Roman" w:cs="Times New Roman"/>
                <w:sz w:val="16"/>
                <w:szCs w:val="16"/>
              </w:rPr>
              <w:t>область</w:t>
            </w:r>
            <w:proofErr w:type="spellEnd"/>
          </w:p>
        </w:tc>
        <w:tc>
          <w:tcPr>
            <w:tcW w:w="2381" w:type="dxa"/>
            <w:shd w:val="clear" w:color="auto" w:fill="FFF9E6"/>
            <w:vAlign w:val="center"/>
          </w:tcPr>
          <w:p w14:paraId="3E2B67F5" w14:textId="77777777" w:rsidR="00746F27" w:rsidRPr="00ED5832" w:rsidRDefault="007427FF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D5832">
              <w:rPr>
                <w:rFonts w:ascii="Times New Roman" w:hAnsi="Times New Roman" w:cs="Times New Roman"/>
                <w:sz w:val="16"/>
                <w:szCs w:val="16"/>
              </w:rPr>
              <w:t>Давлетшина</w:t>
            </w:r>
            <w:proofErr w:type="spellEnd"/>
            <w:r w:rsidRPr="00ED58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5832">
              <w:rPr>
                <w:rFonts w:ascii="Times New Roman" w:hAnsi="Times New Roman" w:cs="Times New Roman"/>
                <w:sz w:val="16"/>
                <w:szCs w:val="16"/>
              </w:rPr>
              <w:t>Дана</w:t>
            </w:r>
            <w:proofErr w:type="spellEnd"/>
          </w:p>
        </w:tc>
        <w:tc>
          <w:tcPr>
            <w:tcW w:w="510" w:type="dxa"/>
            <w:shd w:val="clear" w:color="auto" w:fill="FFF9E6"/>
            <w:vAlign w:val="center"/>
          </w:tcPr>
          <w:p w14:paraId="223FF3E7" w14:textId="77777777" w:rsidR="00746F27" w:rsidRPr="00ED5832" w:rsidRDefault="007427FF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ED5832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551" w:type="dxa"/>
            <w:shd w:val="clear" w:color="auto" w:fill="FFF9E6"/>
            <w:vAlign w:val="center"/>
          </w:tcPr>
          <w:p w14:paraId="0A7CACDA" w14:textId="04A7BA84" w:rsidR="00746F27" w:rsidRPr="00ED5832" w:rsidRDefault="007427FF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ED5832">
              <w:rPr>
                <w:rFonts w:ascii="Times New Roman" w:hAnsi="Times New Roman" w:cs="Times New Roman"/>
                <w:sz w:val="16"/>
                <w:szCs w:val="16"/>
              </w:rPr>
              <w:t xml:space="preserve">ГУО </w:t>
            </w:r>
            <w:r w:rsidR="00203833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ED5832">
              <w:rPr>
                <w:rFonts w:ascii="Times New Roman" w:hAnsi="Times New Roman" w:cs="Times New Roman"/>
                <w:sz w:val="16"/>
                <w:szCs w:val="16"/>
              </w:rPr>
              <w:t>Гимназия</w:t>
            </w:r>
            <w:proofErr w:type="spellEnd"/>
            <w:r w:rsidRPr="00ED5832">
              <w:rPr>
                <w:rFonts w:ascii="Times New Roman" w:hAnsi="Times New Roman" w:cs="Times New Roman"/>
                <w:sz w:val="16"/>
                <w:szCs w:val="16"/>
              </w:rPr>
              <w:t xml:space="preserve"> № 8 г. </w:t>
            </w:r>
            <w:proofErr w:type="spellStart"/>
            <w:r w:rsidRPr="00ED5832">
              <w:rPr>
                <w:rFonts w:ascii="Times New Roman" w:hAnsi="Times New Roman" w:cs="Times New Roman"/>
                <w:sz w:val="16"/>
                <w:szCs w:val="16"/>
              </w:rPr>
              <w:t>Витебска</w:t>
            </w:r>
            <w:proofErr w:type="spellEnd"/>
            <w:r w:rsidR="00203833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510" w:type="dxa"/>
            <w:shd w:val="clear" w:color="auto" w:fill="FFF9E6"/>
            <w:vAlign w:val="center"/>
          </w:tcPr>
          <w:p w14:paraId="6BFFE90E" w14:textId="77777777" w:rsidR="00746F27" w:rsidRPr="00ED5832" w:rsidRDefault="007427FF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32">
              <w:rPr>
                <w:rFonts w:ascii="Times New Roman" w:hAnsi="Times New Roman" w:cs="Times New Roman"/>
                <w:b/>
                <w:color w:val="B8860B"/>
                <w:sz w:val="16"/>
                <w:szCs w:val="16"/>
              </w:rPr>
              <w:t>1</w:t>
            </w:r>
          </w:p>
        </w:tc>
        <w:tc>
          <w:tcPr>
            <w:tcW w:w="2551" w:type="dxa"/>
            <w:shd w:val="clear" w:color="auto" w:fill="FFF9E6"/>
            <w:vAlign w:val="center"/>
          </w:tcPr>
          <w:p w14:paraId="539CB153" w14:textId="77777777" w:rsidR="00746F27" w:rsidRPr="00ED5832" w:rsidRDefault="007427FF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D5832">
              <w:rPr>
                <w:rFonts w:ascii="Times New Roman" w:hAnsi="Times New Roman" w:cs="Times New Roman"/>
                <w:sz w:val="16"/>
                <w:szCs w:val="16"/>
              </w:rPr>
              <w:t>Казаков</w:t>
            </w:r>
            <w:proofErr w:type="spellEnd"/>
            <w:r w:rsidRPr="00ED58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5832">
              <w:rPr>
                <w:rFonts w:ascii="Times New Roman" w:hAnsi="Times New Roman" w:cs="Times New Roman"/>
                <w:sz w:val="16"/>
                <w:szCs w:val="16"/>
              </w:rPr>
              <w:t>Андрей</w:t>
            </w:r>
            <w:proofErr w:type="spellEnd"/>
            <w:r w:rsidRPr="00ED58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5832">
              <w:rPr>
                <w:rFonts w:ascii="Times New Roman" w:hAnsi="Times New Roman" w:cs="Times New Roman"/>
                <w:sz w:val="16"/>
                <w:szCs w:val="16"/>
              </w:rPr>
              <w:t>Анатольевич</w:t>
            </w:r>
            <w:proofErr w:type="spellEnd"/>
            <w:r w:rsidRPr="00ED5832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ED5832">
              <w:rPr>
                <w:rFonts w:ascii="Times New Roman" w:hAnsi="Times New Roman" w:cs="Times New Roman"/>
                <w:sz w:val="16"/>
                <w:szCs w:val="16"/>
              </w:rPr>
              <w:t>учитель</w:t>
            </w:r>
            <w:proofErr w:type="spellEnd"/>
          </w:p>
        </w:tc>
      </w:tr>
      <w:tr w:rsidR="00746F27" w:rsidRPr="00C629D5" w14:paraId="6681CC28" w14:textId="77777777">
        <w:tc>
          <w:tcPr>
            <w:tcW w:w="397" w:type="dxa"/>
            <w:shd w:val="clear" w:color="auto" w:fill="F5F5F5"/>
            <w:vAlign w:val="center"/>
          </w:tcPr>
          <w:p w14:paraId="1A08C7A2" w14:textId="69DF4768" w:rsidR="00746F27" w:rsidRPr="00ED5832" w:rsidRDefault="00FC601A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ED5832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1587" w:type="dxa"/>
            <w:shd w:val="clear" w:color="auto" w:fill="F5F5F5"/>
            <w:vAlign w:val="center"/>
          </w:tcPr>
          <w:p w14:paraId="5DDF63BF" w14:textId="77777777" w:rsidR="00746F27" w:rsidRPr="00ED5832" w:rsidRDefault="007427FF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D5832">
              <w:rPr>
                <w:rFonts w:ascii="Times New Roman" w:hAnsi="Times New Roman" w:cs="Times New Roman"/>
                <w:sz w:val="16"/>
                <w:szCs w:val="16"/>
              </w:rPr>
              <w:t>Гомельская</w:t>
            </w:r>
            <w:proofErr w:type="spellEnd"/>
            <w:r w:rsidRPr="00ED58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5832">
              <w:rPr>
                <w:rFonts w:ascii="Times New Roman" w:hAnsi="Times New Roman" w:cs="Times New Roman"/>
                <w:sz w:val="16"/>
                <w:szCs w:val="16"/>
              </w:rPr>
              <w:t>область</w:t>
            </w:r>
            <w:proofErr w:type="spellEnd"/>
          </w:p>
        </w:tc>
        <w:tc>
          <w:tcPr>
            <w:tcW w:w="2381" w:type="dxa"/>
            <w:shd w:val="clear" w:color="auto" w:fill="F5F5F5"/>
            <w:vAlign w:val="center"/>
          </w:tcPr>
          <w:p w14:paraId="5E0284AE" w14:textId="77777777" w:rsidR="00746F27" w:rsidRPr="00ED5832" w:rsidRDefault="007427FF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D5832">
              <w:rPr>
                <w:rFonts w:ascii="Times New Roman" w:hAnsi="Times New Roman" w:cs="Times New Roman"/>
                <w:sz w:val="16"/>
                <w:szCs w:val="16"/>
              </w:rPr>
              <w:t>Силин</w:t>
            </w:r>
            <w:proofErr w:type="spellEnd"/>
            <w:r w:rsidRPr="00ED58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5832">
              <w:rPr>
                <w:rFonts w:ascii="Times New Roman" w:hAnsi="Times New Roman" w:cs="Times New Roman"/>
                <w:sz w:val="16"/>
                <w:szCs w:val="16"/>
              </w:rPr>
              <w:t>Никита</w:t>
            </w:r>
            <w:proofErr w:type="spellEnd"/>
            <w:r w:rsidRPr="00ED58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5832">
              <w:rPr>
                <w:rFonts w:ascii="Times New Roman" w:hAnsi="Times New Roman" w:cs="Times New Roman"/>
                <w:sz w:val="16"/>
                <w:szCs w:val="16"/>
              </w:rPr>
              <w:t>Сергеевич</w:t>
            </w:r>
            <w:proofErr w:type="spellEnd"/>
          </w:p>
        </w:tc>
        <w:tc>
          <w:tcPr>
            <w:tcW w:w="510" w:type="dxa"/>
            <w:shd w:val="clear" w:color="auto" w:fill="F5F5F5"/>
            <w:vAlign w:val="center"/>
          </w:tcPr>
          <w:p w14:paraId="21A8EF70" w14:textId="77777777" w:rsidR="00746F27" w:rsidRPr="00ED5832" w:rsidRDefault="007427FF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ED5832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551" w:type="dxa"/>
            <w:shd w:val="clear" w:color="auto" w:fill="F5F5F5"/>
            <w:vAlign w:val="center"/>
          </w:tcPr>
          <w:p w14:paraId="4A1B5AC1" w14:textId="2D83BFB5" w:rsidR="00AE3C82" w:rsidRPr="009461FA" w:rsidRDefault="007427FF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ED5832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ГУО </w:t>
            </w:r>
            <w:r w:rsidR="00203833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«</w:t>
            </w:r>
            <w:r w:rsidRPr="00ED5832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Гимназия №56 г. Гомеля имени А.А. Вишневского</w:t>
            </w:r>
            <w:r w:rsidR="00203833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»</w:t>
            </w:r>
          </w:p>
          <w:p w14:paraId="68F66890" w14:textId="04E88346" w:rsidR="00746F27" w:rsidRPr="00ED5832" w:rsidRDefault="007427FF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ED5832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ГУО </w:t>
            </w:r>
            <w:r w:rsidR="00203833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«</w:t>
            </w:r>
            <w:r w:rsidRPr="00ED5832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Гомельский областной центр технического творчества детей и молодежи</w:t>
            </w:r>
            <w:r w:rsidR="00203833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»</w:t>
            </w:r>
          </w:p>
        </w:tc>
        <w:tc>
          <w:tcPr>
            <w:tcW w:w="510" w:type="dxa"/>
            <w:shd w:val="clear" w:color="auto" w:fill="F5F5F5"/>
            <w:vAlign w:val="center"/>
          </w:tcPr>
          <w:p w14:paraId="50164416" w14:textId="77777777" w:rsidR="00746F27" w:rsidRPr="00ED5832" w:rsidRDefault="007427FF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32">
              <w:rPr>
                <w:rFonts w:ascii="Times New Roman" w:hAnsi="Times New Roman" w:cs="Times New Roman"/>
                <w:b/>
                <w:color w:val="646464"/>
                <w:sz w:val="16"/>
                <w:szCs w:val="16"/>
              </w:rPr>
              <w:t>2</w:t>
            </w:r>
          </w:p>
        </w:tc>
        <w:tc>
          <w:tcPr>
            <w:tcW w:w="2551" w:type="dxa"/>
            <w:shd w:val="clear" w:color="auto" w:fill="F5F5F5"/>
            <w:vAlign w:val="center"/>
          </w:tcPr>
          <w:p w14:paraId="18DF1F86" w14:textId="3D0D8AEC" w:rsidR="00ED5832" w:rsidRDefault="00ED5832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ED5832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Макеенко Андрей Сергеевич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,</w:t>
            </w:r>
            <w:r w:rsidRPr="00ED5832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педагог </w:t>
            </w:r>
            <w:proofErr w:type="spellStart"/>
            <w:proofErr w:type="gramStart"/>
            <w:r w:rsidRPr="00ED5832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доп.образования</w:t>
            </w:r>
            <w:proofErr w:type="spellEnd"/>
            <w:proofErr w:type="gramEnd"/>
            <w:r w:rsidRPr="00ED5832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</w:p>
          <w:p w14:paraId="013EEFCA" w14:textId="300C5CA5" w:rsidR="00746F27" w:rsidRPr="00ED5832" w:rsidRDefault="00ED5832" w:rsidP="00ED5832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ED5832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ГУО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r w:rsidR="00203833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«</w:t>
            </w:r>
            <w:r w:rsidRPr="00ED5832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Гомельский областной центр технического творчества детей и молодежи</w:t>
            </w:r>
            <w:r w:rsidR="00203833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»</w:t>
            </w:r>
          </w:p>
        </w:tc>
      </w:tr>
      <w:tr w:rsidR="00746F27" w:rsidRPr="00C629D5" w14:paraId="5E04089B" w14:textId="77777777">
        <w:tc>
          <w:tcPr>
            <w:tcW w:w="397" w:type="dxa"/>
            <w:shd w:val="clear" w:color="auto" w:fill="FFF0E0"/>
            <w:vAlign w:val="center"/>
          </w:tcPr>
          <w:p w14:paraId="1C820814" w14:textId="2332F7CF" w:rsidR="00746F27" w:rsidRPr="00ED5832" w:rsidRDefault="00FC601A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ED5832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1587" w:type="dxa"/>
            <w:shd w:val="clear" w:color="auto" w:fill="FFF0E0"/>
            <w:vAlign w:val="center"/>
          </w:tcPr>
          <w:p w14:paraId="437CBBA3" w14:textId="77777777" w:rsidR="00746F27" w:rsidRPr="00ED5832" w:rsidRDefault="007427FF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D5832">
              <w:rPr>
                <w:rFonts w:ascii="Times New Roman" w:hAnsi="Times New Roman" w:cs="Times New Roman"/>
                <w:sz w:val="16"/>
                <w:szCs w:val="16"/>
              </w:rPr>
              <w:t>Могилёвская</w:t>
            </w:r>
            <w:proofErr w:type="spellEnd"/>
            <w:r w:rsidRPr="00ED58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5832">
              <w:rPr>
                <w:rFonts w:ascii="Times New Roman" w:hAnsi="Times New Roman" w:cs="Times New Roman"/>
                <w:sz w:val="16"/>
                <w:szCs w:val="16"/>
              </w:rPr>
              <w:t>область</w:t>
            </w:r>
            <w:proofErr w:type="spellEnd"/>
          </w:p>
        </w:tc>
        <w:tc>
          <w:tcPr>
            <w:tcW w:w="2381" w:type="dxa"/>
            <w:shd w:val="clear" w:color="auto" w:fill="FFF0E0"/>
            <w:vAlign w:val="center"/>
          </w:tcPr>
          <w:p w14:paraId="233723EC" w14:textId="77777777" w:rsidR="00746F27" w:rsidRPr="00ED5832" w:rsidRDefault="007427FF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D5832">
              <w:rPr>
                <w:rFonts w:ascii="Times New Roman" w:hAnsi="Times New Roman" w:cs="Times New Roman"/>
                <w:sz w:val="16"/>
                <w:szCs w:val="16"/>
              </w:rPr>
              <w:t>Гатальский</w:t>
            </w:r>
            <w:proofErr w:type="spellEnd"/>
            <w:r w:rsidRPr="00ED58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5832">
              <w:rPr>
                <w:rFonts w:ascii="Times New Roman" w:hAnsi="Times New Roman" w:cs="Times New Roman"/>
                <w:sz w:val="16"/>
                <w:szCs w:val="16"/>
              </w:rPr>
              <w:t>Максимиан</w:t>
            </w:r>
            <w:proofErr w:type="spellEnd"/>
            <w:r w:rsidRPr="00ED58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5832">
              <w:rPr>
                <w:rFonts w:ascii="Times New Roman" w:hAnsi="Times New Roman" w:cs="Times New Roman"/>
                <w:sz w:val="16"/>
                <w:szCs w:val="16"/>
              </w:rPr>
              <w:t>Артёмович</w:t>
            </w:r>
            <w:proofErr w:type="spellEnd"/>
          </w:p>
        </w:tc>
        <w:tc>
          <w:tcPr>
            <w:tcW w:w="510" w:type="dxa"/>
            <w:shd w:val="clear" w:color="auto" w:fill="FFF0E0"/>
            <w:vAlign w:val="center"/>
          </w:tcPr>
          <w:p w14:paraId="1569E80F" w14:textId="77777777" w:rsidR="00746F27" w:rsidRPr="00ED5832" w:rsidRDefault="007427FF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ED5832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551" w:type="dxa"/>
            <w:shd w:val="clear" w:color="auto" w:fill="FFF0E0"/>
            <w:vAlign w:val="center"/>
          </w:tcPr>
          <w:p w14:paraId="1AF83A54" w14:textId="44BB8DE6" w:rsidR="00746F27" w:rsidRPr="00ED5832" w:rsidRDefault="007427FF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ED5832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ГУО </w:t>
            </w:r>
            <w:r w:rsidR="00203833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«</w:t>
            </w:r>
            <w:r w:rsidRPr="00ED5832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Средняя школа №2 г. Могилева</w:t>
            </w:r>
            <w:r w:rsidR="00203833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»</w:t>
            </w:r>
          </w:p>
        </w:tc>
        <w:tc>
          <w:tcPr>
            <w:tcW w:w="510" w:type="dxa"/>
            <w:shd w:val="clear" w:color="auto" w:fill="FFF0E0"/>
            <w:vAlign w:val="center"/>
          </w:tcPr>
          <w:p w14:paraId="3FE268CE" w14:textId="77777777" w:rsidR="00746F27" w:rsidRPr="00ED5832" w:rsidRDefault="007427FF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32">
              <w:rPr>
                <w:rFonts w:ascii="Times New Roman" w:hAnsi="Times New Roman" w:cs="Times New Roman"/>
                <w:b/>
                <w:color w:val="8B5A2B"/>
                <w:sz w:val="16"/>
                <w:szCs w:val="16"/>
              </w:rPr>
              <w:t>3</w:t>
            </w:r>
          </w:p>
        </w:tc>
        <w:tc>
          <w:tcPr>
            <w:tcW w:w="2551" w:type="dxa"/>
            <w:shd w:val="clear" w:color="auto" w:fill="FFF0E0"/>
            <w:vAlign w:val="center"/>
          </w:tcPr>
          <w:p w14:paraId="6BDB7AD4" w14:textId="388D45BB" w:rsidR="00746F27" w:rsidRPr="00ED5832" w:rsidRDefault="007427FF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proofErr w:type="spellStart"/>
            <w:r w:rsidRPr="00ED5832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Стаськова</w:t>
            </w:r>
            <w:proofErr w:type="spellEnd"/>
            <w:r w:rsidRPr="00ED5832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Валентина Владимировна, ГУО </w:t>
            </w:r>
            <w:r w:rsidR="00203833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«</w:t>
            </w:r>
            <w:r w:rsidRPr="00ED5832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Средняя школа №2 </w:t>
            </w:r>
            <w:proofErr w:type="spellStart"/>
            <w:r w:rsidRPr="00ED5832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г.Могилева</w:t>
            </w:r>
            <w:proofErr w:type="spellEnd"/>
            <w:r w:rsidR="00203833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»</w:t>
            </w:r>
            <w:r w:rsidRPr="00ED5832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+375 29 8405485</w:t>
            </w:r>
          </w:p>
        </w:tc>
      </w:tr>
    </w:tbl>
    <w:p w14:paraId="5BCB0A3C" w14:textId="77777777" w:rsidR="00746F27" w:rsidRPr="00ED5832" w:rsidRDefault="007427FF">
      <w:pPr>
        <w:spacing w:before="120" w:after="40"/>
        <w:rPr>
          <w:rFonts w:ascii="Times New Roman" w:hAnsi="Times New Roman" w:cs="Times New Roman"/>
        </w:rPr>
      </w:pPr>
      <w:proofErr w:type="spellStart"/>
      <w:r w:rsidRPr="00ED5832">
        <w:rPr>
          <w:rFonts w:ascii="Times New Roman" w:hAnsi="Times New Roman" w:cs="Times New Roman"/>
          <w:b/>
          <w:color w:val="1F4E79"/>
          <w:sz w:val="20"/>
        </w:rPr>
        <w:t>Номинация</w:t>
      </w:r>
      <w:proofErr w:type="spellEnd"/>
      <w:r w:rsidRPr="00ED5832">
        <w:rPr>
          <w:rFonts w:ascii="Times New Roman" w:hAnsi="Times New Roman" w:cs="Times New Roman"/>
          <w:b/>
          <w:color w:val="1F4E79"/>
          <w:sz w:val="20"/>
        </w:rPr>
        <w:t xml:space="preserve"> 2: Backend-</w:t>
      </w:r>
      <w:proofErr w:type="spellStart"/>
      <w:r w:rsidRPr="00ED5832">
        <w:rPr>
          <w:rFonts w:ascii="Times New Roman" w:hAnsi="Times New Roman" w:cs="Times New Roman"/>
          <w:b/>
          <w:color w:val="1F4E79"/>
          <w:sz w:val="20"/>
        </w:rPr>
        <w:t>разработка</w:t>
      </w:r>
      <w:proofErr w:type="spellEnd"/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96"/>
        <w:gridCol w:w="1553"/>
        <w:gridCol w:w="2315"/>
        <w:gridCol w:w="644"/>
        <w:gridCol w:w="2474"/>
        <w:gridCol w:w="668"/>
        <w:gridCol w:w="2480"/>
      </w:tblGrid>
      <w:tr w:rsidR="00746F27" w:rsidRPr="00ED5832" w14:paraId="14E22A51" w14:textId="77777777" w:rsidTr="00FC601A">
        <w:tc>
          <w:tcPr>
            <w:tcW w:w="396" w:type="dxa"/>
            <w:shd w:val="clear" w:color="auto" w:fill="1F4E79"/>
            <w:vAlign w:val="center"/>
          </w:tcPr>
          <w:p w14:paraId="1754772B" w14:textId="77777777" w:rsidR="00746F27" w:rsidRPr="00ED5832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ED5832">
              <w:rPr>
                <w:rFonts w:ascii="Times New Roman" w:hAnsi="Times New Roman" w:cs="Times New Roman"/>
                <w:b/>
                <w:color w:val="FFFFFF"/>
                <w:sz w:val="16"/>
              </w:rPr>
              <w:t>№</w:t>
            </w:r>
          </w:p>
        </w:tc>
        <w:tc>
          <w:tcPr>
            <w:tcW w:w="1584" w:type="dxa"/>
            <w:shd w:val="clear" w:color="auto" w:fill="1F4E79"/>
            <w:vAlign w:val="center"/>
          </w:tcPr>
          <w:p w14:paraId="1E6C5828" w14:textId="77777777" w:rsidR="00746F27" w:rsidRPr="00ED5832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D5832">
              <w:rPr>
                <w:rFonts w:ascii="Times New Roman" w:hAnsi="Times New Roman" w:cs="Times New Roman"/>
                <w:b/>
                <w:color w:val="FFFFFF"/>
                <w:sz w:val="16"/>
              </w:rPr>
              <w:t>Регион</w:t>
            </w:r>
            <w:proofErr w:type="spellEnd"/>
          </w:p>
        </w:tc>
        <w:tc>
          <w:tcPr>
            <w:tcW w:w="2375" w:type="dxa"/>
            <w:shd w:val="clear" w:color="auto" w:fill="1F4E79"/>
            <w:vAlign w:val="center"/>
          </w:tcPr>
          <w:p w14:paraId="3D7EBE77" w14:textId="77777777" w:rsidR="00746F27" w:rsidRPr="00ED5832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ED5832">
              <w:rPr>
                <w:rFonts w:ascii="Times New Roman" w:hAnsi="Times New Roman" w:cs="Times New Roman"/>
                <w:b/>
                <w:color w:val="FFFFFF"/>
                <w:sz w:val="16"/>
              </w:rPr>
              <w:t xml:space="preserve">ФИО </w:t>
            </w:r>
            <w:proofErr w:type="spellStart"/>
            <w:r w:rsidRPr="00ED5832">
              <w:rPr>
                <w:rFonts w:ascii="Times New Roman" w:hAnsi="Times New Roman" w:cs="Times New Roman"/>
                <w:b/>
                <w:color w:val="FFFFFF"/>
                <w:sz w:val="16"/>
              </w:rPr>
              <w:t>участника</w:t>
            </w:r>
            <w:proofErr w:type="spellEnd"/>
            <w:r w:rsidRPr="00ED5832">
              <w:rPr>
                <w:rFonts w:ascii="Times New Roman" w:hAnsi="Times New Roman" w:cs="Times New Roman"/>
                <w:b/>
                <w:color w:val="FFFFFF"/>
                <w:sz w:val="16"/>
              </w:rPr>
              <w:t>(</w:t>
            </w:r>
            <w:proofErr w:type="spellStart"/>
            <w:r w:rsidRPr="00ED5832">
              <w:rPr>
                <w:rFonts w:ascii="Times New Roman" w:hAnsi="Times New Roman" w:cs="Times New Roman"/>
                <w:b/>
                <w:color w:val="FFFFFF"/>
                <w:sz w:val="16"/>
              </w:rPr>
              <w:t>ов</w:t>
            </w:r>
            <w:proofErr w:type="spellEnd"/>
            <w:r w:rsidRPr="00ED5832">
              <w:rPr>
                <w:rFonts w:ascii="Times New Roman" w:hAnsi="Times New Roman" w:cs="Times New Roman"/>
                <w:b/>
                <w:color w:val="FFFFFF"/>
                <w:sz w:val="16"/>
              </w:rPr>
              <w:t>)</w:t>
            </w:r>
          </w:p>
        </w:tc>
        <w:tc>
          <w:tcPr>
            <w:tcW w:w="644" w:type="dxa"/>
            <w:shd w:val="clear" w:color="auto" w:fill="1F4E79"/>
            <w:vAlign w:val="center"/>
          </w:tcPr>
          <w:p w14:paraId="425D9D18" w14:textId="77777777" w:rsidR="00746F27" w:rsidRPr="00ED5832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D5832">
              <w:rPr>
                <w:rFonts w:ascii="Times New Roman" w:hAnsi="Times New Roman" w:cs="Times New Roman"/>
                <w:b/>
                <w:color w:val="FFFFFF"/>
                <w:sz w:val="16"/>
              </w:rPr>
              <w:t>Класс</w:t>
            </w:r>
            <w:proofErr w:type="spellEnd"/>
          </w:p>
        </w:tc>
        <w:tc>
          <w:tcPr>
            <w:tcW w:w="2545" w:type="dxa"/>
            <w:shd w:val="clear" w:color="auto" w:fill="1F4E79"/>
            <w:vAlign w:val="center"/>
          </w:tcPr>
          <w:p w14:paraId="1C606E99" w14:textId="77777777" w:rsidR="00746F27" w:rsidRPr="00ED5832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D5832">
              <w:rPr>
                <w:rFonts w:ascii="Times New Roman" w:hAnsi="Times New Roman" w:cs="Times New Roman"/>
                <w:b/>
                <w:color w:val="FFFFFF"/>
                <w:sz w:val="16"/>
              </w:rPr>
              <w:t>Учреждение</w:t>
            </w:r>
            <w:proofErr w:type="spellEnd"/>
            <w:r w:rsidRPr="00ED5832">
              <w:rPr>
                <w:rFonts w:ascii="Times New Roman" w:hAnsi="Times New Roman" w:cs="Times New Roman"/>
                <w:b/>
                <w:color w:val="FFFFFF"/>
                <w:sz w:val="16"/>
              </w:rPr>
              <w:t xml:space="preserve"> </w:t>
            </w:r>
            <w:proofErr w:type="spellStart"/>
            <w:r w:rsidRPr="00ED5832">
              <w:rPr>
                <w:rFonts w:ascii="Times New Roman" w:hAnsi="Times New Roman" w:cs="Times New Roman"/>
                <w:b/>
                <w:color w:val="FFFFFF"/>
                <w:sz w:val="16"/>
              </w:rPr>
              <w:t>образования</w:t>
            </w:r>
            <w:proofErr w:type="spellEnd"/>
          </w:p>
        </w:tc>
        <w:tc>
          <w:tcPr>
            <w:tcW w:w="668" w:type="dxa"/>
            <w:shd w:val="clear" w:color="auto" w:fill="1F4E79"/>
            <w:vAlign w:val="center"/>
          </w:tcPr>
          <w:p w14:paraId="3A7FA4FF" w14:textId="77777777" w:rsidR="00746F27" w:rsidRPr="00ED5832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D5832">
              <w:rPr>
                <w:rFonts w:ascii="Times New Roman" w:hAnsi="Times New Roman" w:cs="Times New Roman"/>
                <w:b/>
                <w:color w:val="FFFFFF"/>
                <w:sz w:val="16"/>
              </w:rPr>
              <w:t>Место</w:t>
            </w:r>
            <w:proofErr w:type="spellEnd"/>
          </w:p>
        </w:tc>
        <w:tc>
          <w:tcPr>
            <w:tcW w:w="2544" w:type="dxa"/>
            <w:shd w:val="clear" w:color="auto" w:fill="1F4E79"/>
            <w:vAlign w:val="center"/>
          </w:tcPr>
          <w:p w14:paraId="4DE99411" w14:textId="77777777" w:rsidR="00746F27" w:rsidRPr="00ED5832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D5832">
              <w:rPr>
                <w:rFonts w:ascii="Times New Roman" w:hAnsi="Times New Roman" w:cs="Times New Roman"/>
                <w:b/>
                <w:color w:val="FFFFFF"/>
                <w:sz w:val="16"/>
              </w:rPr>
              <w:t>Руководитель</w:t>
            </w:r>
            <w:proofErr w:type="spellEnd"/>
          </w:p>
        </w:tc>
      </w:tr>
      <w:tr w:rsidR="00FC601A" w:rsidRPr="00C629D5" w14:paraId="5C950800" w14:textId="77777777" w:rsidTr="00FC601A">
        <w:tc>
          <w:tcPr>
            <w:tcW w:w="396" w:type="dxa"/>
            <w:shd w:val="clear" w:color="auto" w:fill="FFF9E6"/>
            <w:vAlign w:val="center"/>
          </w:tcPr>
          <w:p w14:paraId="437E2C9C" w14:textId="47369565" w:rsidR="00FC601A" w:rsidRPr="00ED5832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ED5832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584" w:type="dxa"/>
            <w:shd w:val="clear" w:color="auto" w:fill="FFF9E6"/>
            <w:vAlign w:val="center"/>
          </w:tcPr>
          <w:p w14:paraId="5A822593" w14:textId="77777777" w:rsidR="00FC601A" w:rsidRPr="00ED5832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ED5832">
              <w:rPr>
                <w:rFonts w:ascii="Times New Roman" w:hAnsi="Times New Roman" w:cs="Times New Roman"/>
                <w:sz w:val="16"/>
              </w:rPr>
              <w:t>Гомельская</w:t>
            </w:r>
            <w:proofErr w:type="spellEnd"/>
            <w:r w:rsidRPr="00ED5832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ED5832">
              <w:rPr>
                <w:rFonts w:ascii="Times New Roman" w:hAnsi="Times New Roman" w:cs="Times New Roman"/>
                <w:sz w:val="16"/>
              </w:rPr>
              <w:t>область</w:t>
            </w:r>
            <w:proofErr w:type="spellEnd"/>
          </w:p>
        </w:tc>
        <w:tc>
          <w:tcPr>
            <w:tcW w:w="2375" w:type="dxa"/>
            <w:shd w:val="clear" w:color="auto" w:fill="FFF9E6"/>
            <w:vAlign w:val="center"/>
          </w:tcPr>
          <w:p w14:paraId="4DE86E7D" w14:textId="77777777" w:rsidR="00FC601A" w:rsidRPr="00ED5832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ED5832">
              <w:rPr>
                <w:rFonts w:ascii="Times New Roman" w:hAnsi="Times New Roman" w:cs="Times New Roman"/>
                <w:sz w:val="16"/>
              </w:rPr>
              <w:t>Гончаров</w:t>
            </w:r>
            <w:proofErr w:type="spellEnd"/>
            <w:r w:rsidRPr="00ED5832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ED5832">
              <w:rPr>
                <w:rFonts w:ascii="Times New Roman" w:hAnsi="Times New Roman" w:cs="Times New Roman"/>
                <w:sz w:val="16"/>
              </w:rPr>
              <w:t>Андрей</w:t>
            </w:r>
            <w:proofErr w:type="spellEnd"/>
            <w:r w:rsidRPr="00ED5832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ED5832">
              <w:rPr>
                <w:rFonts w:ascii="Times New Roman" w:hAnsi="Times New Roman" w:cs="Times New Roman"/>
                <w:sz w:val="16"/>
              </w:rPr>
              <w:t>Игоревич</w:t>
            </w:r>
            <w:proofErr w:type="spellEnd"/>
          </w:p>
        </w:tc>
        <w:tc>
          <w:tcPr>
            <w:tcW w:w="644" w:type="dxa"/>
            <w:shd w:val="clear" w:color="auto" w:fill="FFF9E6"/>
            <w:vAlign w:val="center"/>
          </w:tcPr>
          <w:p w14:paraId="68E39570" w14:textId="77777777" w:rsidR="00FC601A" w:rsidRPr="00ED5832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ED5832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2545" w:type="dxa"/>
            <w:shd w:val="clear" w:color="auto" w:fill="FFF9E6"/>
            <w:vAlign w:val="center"/>
          </w:tcPr>
          <w:p w14:paraId="2543B853" w14:textId="3EF84175" w:rsidR="007B64A1" w:rsidRDefault="00FC601A" w:rsidP="00FC601A">
            <w:pPr>
              <w:spacing w:before="20" w:after="20"/>
              <w:rPr>
                <w:rFonts w:ascii="Times New Roman" w:hAnsi="Times New Roman" w:cs="Times New Roman"/>
                <w:sz w:val="16"/>
                <w:lang w:val="ru-RU"/>
              </w:rPr>
            </w:pPr>
            <w:r w:rsidRPr="00ED5832">
              <w:rPr>
                <w:rFonts w:ascii="Times New Roman" w:hAnsi="Times New Roman" w:cs="Times New Roman"/>
                <w:sz w:val="16"/>
                <w:lang w:val="ru-RU"/>
              </w:rPr>
              <w:t xml:space="preserve">ГУО </w:t>
            </w:r>
            <w:r w:rsidR="00203833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ED5832">
              <w:rPr>
                <w:rFonts w:ascii="Times New Roman" w:hAnsi="Times New Roman" w:cs="Times New Roman"/>
                <w:sz w:val="16"/>
                <w:lang w:val="ru-RU"/>
              </w:rPr>
              <w:t>Гимназия №56 г. Гомеля имени А.А. Вишневского</w:t>
            </w:r>
            <w:r w:rsidR="00203833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</w:p>
          <w:p w14:paraId="7DE8D654" w14:textId="25590F08" w:rsidR="00FC601A" w:rsidRPr="00ED5832" w:rsidRDefault="00FC601A" w:rsidP="00FC601A">
            <w:pPr>
              <w:spacing w:before="20" w:after="20"/>
              <w:rPr>
                <w:rFonts w:ascii="Times New Roman" w:hAnsi="Times New Roman" w:cs="Times New Roman"/>
                <w:lang w:val="ru-RU"/>
              </w:rPr>
            </w:pPr>
            <w:r w:rsidRPr="00ED5832">
              <w:rPr>
                <w:rFonts w:ascii="Times New Roman" w:hAnsi="Times New Roman" w:cs="Times New Roman"/>
                <w:sz w:val="16"/>
                <w:lang w:val="ru-RU"/>
              </w:rPr>
              <w:t xml:space="preserve">ГУО </w:t>
            </w:r>
            <w:r w:rsidR="00203833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ED5832">
              <w:rPr>
                <w:rFonts w:ascii="Times New Roman" w:hAnsi="Times New Roman" w:cs="Times New Roman"/>
                <w:sz w:val="16"/>
                <w:lang w:val="ru-RU"/>
              </w:rPr>
              <w:t>Гомельский областной центр технического творчества детей и молодежи</w:t>
            </w:r>
            <w:r w:rsidR="00203833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</w:p>
        </w:tc>
        <w:tc>
          <w:tcPr>
            <w:tcW w:w="668" w:type="dxa"/>
            <w:shd w:val="clear" w:color="auto" w:fill="FFF9E6"/>
            <w:vAlign w:val="center"/>
          </w:tcPr>
          <w:p w14:paraId="68736340" w14:textId="77777777" w:rsidR="00FC601A" w:rsidRPr="00ED5832" w:rsidRDefault="00FC601A" w:rsidP="00FC601A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ED5832">
              <w:rPr>
                <w:rFonts w:ascii="Times New Roman" w:hAnsi="Times New Roman" w:cs="Times New Roman"/>
                <w:b/>
                <w:color w:val="B8860B"/>
                <w:sz w:val="16"/>
              </w:rPr>
              <w:t>1</w:t>
            </w:r>
          </w:p>
        </w:tc>
        <w:tc>
          <w:tcPr>
            <w:tcW w:w="2544" w:type="dxa"/>
            <w:shd w:val="clear" w:color="auto" w:fill="FFF9E6"/>
            <w:vAlign w:val="center"/>
          </w:tcPr>
          <w:p w14:paraId="69DC0A9C" w14:textId="77777777" w:rsidR="00ED5832" w:rsidRDefault="00ED5832" w:rsidP="00ED5832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ED5832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Макеенко Андрей Сергеевич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,</w:t>
            </w:r>
            <w:r w:rsidRPr="00ED5832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педагог </w:t>
            </w:r>
            <w:proofErr w:type="spellStart"/>
            <w:r w:rsidRPr="00ED5832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доп.образования</w:t>
            </w:r>
            <w:proofErr w:type="spellEnd"/>
            <w:r w:rsidRPr="00ED5832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</w:p>
          <w:p w14:paraId="2DB38F81" w14:textId="389BEF03" w:rsidR="00FC601A" w:rsidRPr="00ED5832" w:rsidRDefault="00ED5832" w:rsidP="00ED5832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ED5832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ГУО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r w:rsidR="00203833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«</w:t>
            </w:r>
            <w:r w:rsidRPr="00ED5832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Гомельский областной центр технического творчества детей и молодежи</w:t>
            </w:r>
            <w:r w:rsidR="00203833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»</w:t>
            </w:r>
          </w:p>
        </w:tc>
      </w:tr>
      <w:tr w:rsidR="00FC601A" w:rsidRPr="00C629D5" w14:paraId="5B60F20C" w14:textId="77777777" w:rsidTr="00FC601A">
        <w:tc>
          <w:tcPr>
            <w:tcW w:w="396" w:type="dxa"/>
            <w:shd w:val="clear" w:color="auto" w:fill="F5F5F5"/>
            <w:vAlign w:val="center"/>
          </w:tcPr>
          <w:p w14:paraId="5C60D46B" w14:textId="7D7B7178" w:rsidR="00FC601A" w:rsidRPr="00C629D5" w:rsidRDefault="00FC601A" w:rsidP="00FC601A">
            <w:pPr>
              <w:spacing w:before="20" w:after="20"/>
              <w:rPr>
                <w:rFonts w:ascii="Times New Roman" w:hAnsi="Times New Roman" w:cs="Times New Roman"/>
                <w:highlight w:val="yellow"/>
              </w:rPr>
            </w:pPr>
            <w:r w:rsidRPr="00C629D5">
              <w:rPr>
                <w:rFonts w:ascii="Times New Roman" w:hAnsi="Times New Roman" w:cs="Times New Roman"/>
                <w:highlight w:val="yellow"/>
                <w:lang w:val="ru-RU"/>
              </w:rPr>
              <w:t>2</w:t>
            </w:r>
          </w:p>
        </w:tc>
        <w:tc>
          <w:tcPr>
            <w:tcW w:w="1584" w:type="dxa"/>
            <w:shd w:val="clear" w:color="auto" w:fill="F5F5F5"/>
            <w:vAlign w:val="center"/>
          </w:tcPr>
          <w:p w14:paraId="09C206B5" w14:textId="77777777" w:rsidR="00FC601A" w:rsidRPr="00C629D5" w:rsidRDefault="00FC601A" w:rsidP="00FC601A">
            <w:pPr>
              <w:spacing w:before="20" w:after="20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C629D5">
              <w:rPr>
                <w:rFonts w:ascii="Times New Roman" w:hAnsi="Times New Roman" w:cs="Times New Roman"/>
                <w:sz w:val="16"/>
                <w:highlight w:val="yellow"/>
              </w:rPr>
              <w:t>Брестская</w:t>
            </w:r>
            <w:proofErr w:type="spellEnd"/>
            <w:r w:rsidRPr="00C629D5">
              <w:rPr>
                <w:rFonts w:ascii="Times New Roman" w:hAnsi="Times New Roman" w:cs="Times New Roman"/>
                <w:sz w:val="16"/>
                <w:highlight w:val="yellow"/>
              </w:rPr>
              <w:t xml:space="preserve"> </w:t>
            </w:r>
            <w:proofErr w:type="spellStart"/>
            <w:r w:rsidRPr="00C629D5">
              <w:rPr>
                <w:rFonts w:ascii="Times New Roman" w:hAnsi="Times New Roman" w:cs="Times New Roman"/>
                <w:sz w:val="16"/>
                <w:highlight w:val="yellow"/>
              </w:rPr>
              <w:t>область</w:t>
            </w:r>
            <w:proofErr w:type="spellEnd"/>
          </w:p>
        </w:tc>
        <w:tc>
          <w:tcPr>
            <w:tcW w:w="2375" w:type="dxa"/>
            <w:shd w:val="clear" w:color="auto" w:fill="F5F5F5"/>
            <w:vAlign w:val="center"/>
          </w:tcPr>
          <w:p w14:paraId="73880E90" w14:textId="77777777" w:rsidR="00FC601A" w:rsidRPr="00C629D5" w:rsidRDefault="00FC601A" w:rsidP="00FC601A">
            <w:pPr>
              <w:spacing w:before="20" w:after="20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C629D5">
              <w:rPr>
                <w:rFonts w:ascii="Times New Roman" w:hAnsi="Times New Roman" w:cs="Times New Roman"/>
                <w:sz w:val="16"/>
                <w:highlight w:val="yellow"/>
              </w:rPr>
              <w:t>Демидович</w:t>
            </w:r>
            <w:proofErr w:type="spellEnd"/>
            <w:r w:rsidRPr="00C629D5">
              <w:rPr>
                <w:rFonts w:ascii="Times New Roman" w:hAnsi="Times New Roman" w:cs="Times New Roman"/>
                <w:sz w:val="16"/>
                <w:highlight w:val="yellow"/>
              </w:rPr>
              <w:t xml:space="preserve"> </w:t>
            </w:r>
            <w:proofErr w:type="spellStart"/>
            <w:r w:rsidRPr="00C629D5">
              <w:rPr>
                <w:rFonts w:ascii="Times New Roman" w:hAnsi="Times New Roman" w:cs="Times New Roman"/>
                <w:sz w:val="16"/>
                <w:highlight w:val="yellow"/>
              </w:rPr>
              <w:t>Алексей</w:t>
            </w:r>
            <w:proofErr w:type="spellEnd"/>
            <w:r w:rsidRPr="00C629D5">
              <w:rPr>
                <w:rFonts w:ascii="Times New Roman" w:hAnsi="Times New Roman" w:cs="Times New Roman"/>
                <w:sz w:val="16"/>
                <w:highlight w:val="yellow"/>
              </w:rPr>
              <w:t xml:space="preserve"> </w:t>
            </w:r>
            <w:proofErr w:type="spellStart"/>
            <w:r w:rsidRPr="00C629D5">
              <w:rPr>
                <w:rFonts w:ascii="Times New Roman" w:hAnsi="Times New Roman" w:cs="Times New Roman"/>
                <w:sz w:val="16"/>
                <w:highlight w:val="yellow"/>
              </w:rPr>
              <w:t>Викторович</w:t>
            </w:r>
            <w:proofErr w:type="spellEnd"/>
          </w:p>
        </w:tc>
        <w:tc>
          <w:tcPr>
            <w:tcW w:w="644" w:type="dxa"/>
            <w:shd w:val="clear" w:color="auto" w:fill="F5F5F5"/>
            <w:vAlign w:val="center"/>
          </w:tcPr>
          <w:p w14:paraId="45A3AF16" w14:textId="77777777" w:rsidR="00FC601A" w:rsidRPr="00C629D5" w:rsidRDefault="00FC601A" w:rsidP="00FC601A">
            <w:pPr>
              <w:spacing w:before="20" w:after="20"/>
              <w:rPr>
                <w:rFonts w:ascii="Times New Roman" w:hAnsi="Times New Roman" w:cs="Times New Roman"/>
                <w:highlight w:val="yellow"/>
              </w:rPr>
            </w:pPr>
            <w:r w:rsidRPr="00C629D5">
              <w:rPr>
                <w:rFonts w:ascii="Times New Roman" w:hAnsi="Times New Roman" w:cs="Times New Roman"/>
                <w:sz w:val="16"/>
                <w:highlight w:val="yellow"/>
              </w:rPr>
              <w:t>10</w:t>
            </w:r>
          </w:p>
        </w:tc>
        <w:tc>
          <w:tcPr>
            <w:tcW w:w="2545" w:type="dxa"/>
            <w:shd w:val="clear" w:color="auto" w:fill="F5F5F5"/>
            <w:vAlign w:val="center"/>
          </w:tcPr>
          <w:p w14:paraId="3380B3BD" w14:textId="5EDC569A" w:rsidR="00FC601A" w:rsidRPr="00C629D5" w:rsidRDefault="00FC601A" w:rsidP="00FC601A">
            <w:pPr>
              <w:spacing w:before="20" w:after="20"/>
              <w:rPr>
                <w:rFonts w:ascii="Times New Roman" w:hAnsi="Times New Roman" w:cs="Times New Roman"/>
                <w:highlight w:val="yellow"/>
                <w:lang w:val="ru-RU"/>
              </w:rPr>
            </w:pPr>
            <w:r w:rsidRPr="00C629D5">
              <w:rPr>
                <w:rFonts w:ascii="Times New Roman" w:hAnsi="Times New Roman" w:cs="Times New Roman"/>
                <w:sz w:val="16"/>
                <w:highlight w:val="yellow"/>
                <w:lang w:val="ru-RU"/>
              </w:rPr>
              <w:t xml:space="preserve">ГУО </w:t>
            </w:r>
            <w:r w:rsidR="00203833" w:rsidRPr="00C629D5">
              <w:rPr>
                <w:rFonts w:ascii="Times New Roman" w:hAnsi="Times New Roman" w:cs="Times New Roman"/>
                <w:sz w:val="16"/>
                <w:highlight w:val="yellow"/>
                <w:lang w:val="ru-RU"/>
              </w:rPr>
              <w:t>«</w:t>
            </w:r>
            <w:r w:rsidRPr="00C629D5">
              <w:rPr>
                <w:rFonts w:ascii="Times New Roman" w:hAnsi="Times New Roman" w:cs="Times New Roman"/>
                <w:sz w:val="16"/>
                <w:highlight w:val="yellow"/>
                <w:lang w:val="ru-RU"/>
              </w:rPr>
              <w:t>Гимназия №1 г. Бреста имени Защитников Брестской Крепости</w:t>
            </w:r>
            <w:r w:rsidR="00203833" w:rsidRPr="00C629D5">
              <w:rPr>
                <w:rFonts w:ascii="Times New Roman" w:hAnsi="Times New Roman" w:cs="Times New Roman"/>
                <w:sz w:val="16"/>
                <w:highlight w:val="yellow"/>
                <w:lang w:val="ru-RU"/>
              </w:rPr>
              <w:t>»</w:t>
            </w:r>
          </w:p>
        </w:tc>
        <w:tc>
          <w:tcPr>
            <w:tcW w:w="668" w:type="dxa"/>
            <w:shd w:val="clear" w:color="auto" w:fill="F5F5F5"/>
            <w:vAlign w:val="center"/>
          </w:tcPr>
          <w:p w14:paraId="6B7C1DD8" w14:textId="77777777" w:rsidR="00FC601A" w:rsidRPr="00C629D5" w:rsidRDefault="00FC601A" w:rsidP="00FC601A">
            <w:pPr>
              <w:spacing w:before="20" w:after="2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629D5">
              <w:rPr>
                <w:rFonts w:ascii="Times New Roman" w:hAnsi="Times New Roman" w:cs="Times New Roman"/>
                <w:b/>
                <w:color w:val="646464"/>
                <w:sz w:val="16"/>
                <w:highlight w:val="yellow"/>
              </w:rPr>
              <w:t>2</w:t>
            </w:r>
          </w:p>
        </w:tc>
        <w:tc>
          <w:tcPr>
            <w:tcW w:w="2544" w:type="dxa"/>
            <w:shd w:val="clear" w:color="auto" w:fill="F5F5F5"/>
            <w:vAlign w:val="center"/>
          </w:tcPr>
          <w:p w14:paraId="1391CC8D" w14:textId="6FEC119F" w:rsidR="00FC601A" w:rsidRPr="00C629D5" w:rsidRDefault="00FC601A" w:rsidP="00FC601A">
            <w:pPr>
              <w:spacing w:before="20" w:after="20"/>
              <w:rPr>
                <w:rFonts w:ascii="Times New Roman" w:hAnsi="Times New Roman" w:cs="Times New Roman"/>
                <w:highlight w:val="yellow"/>
                <w:lang w:val="ru-RU"/>
              </w:rPr>
            </w:pPr>
            <w:r w:rsidRPr="00C629D5">
              <w:rPr>
                <w:rFonts w:ascii="Times New Roman" w:hAnsi="Times New Roman" w:cs="Times New Roman"/>
                <w:sz w:val="16"/>
                <w:highlight w:val="yellow"/>
                <w:lang w:val="ru-RU"/>
              </w:rPr>
              <w:t xml:space="preserve">Горбацевич Ирина Юрьевна, учитель ГУО </w:t>
            </w:r>
            <w:r w:rsidR="00203833" w:rsidRPr="00C629D5">
              <w:rPr>
                <w:rFonts w:ascii="Times New Roman" w:hAnsi="Times New Roman" w:cs="Times New Roman"/>
                <w:sz w:val="16"/>
                <w:highlight w:val="yellow"/>
                <w:lang w:val="ru-RU"/>
              </w:rPr>
              <w:t>«</w:t>
            </w:r>
            <w:r w:rsidRPr="00C629D5">
              <w:rPr>
                <w:rFonts w:ascii="Times New Roman" w:hAnsi="Times New Roman" w:cs="Times New Roman"/>
                <w:sz w:val="16"/>
                <w:highlight w:val="yellow"/>
                <w:lang w:val="ru-RU"/>
              </w:rPr>
              <w:t>Гимназия №1 г. Бреста имени Защитников Брестской Крепости</w:t>
            </w:r>
            <w:r w:rsidR="00203833" w:rsidRPr="00C629D5">
              <w:rPr>
                <w:rFonts w:ascii="Times New Roman" w:hAnsi="Times New Roman" w:cs="Times New Roman"/>
                <w:sz w:val="16"/>
                <w:highlight w:val="yellow"/>
                <w:lang w:val="ru-RU"/>
              </w:rPr>
              <w:t>»</w:t>
            </w:r>
          </w:p>
        </w:tc>
      </w:tr>
      <w:tr w:rsidR="00FC601A" w:rsidRPr="00F4323A" w14:paraId="501E0419" w14:textId="77777777" w:rsidTr="00FC601A">
        <w:tc>
          <w:tcPr>
            <w:tcW w:w="396" w:type="dxa"/>
            <w:shd w:val="clear" w:color="auto" w:fill="FFF0E0"/>
            <w:vAlign w:val="center"/>
          </w:tcPr>
          <w:p w14:paraId="3132925F" w14:textId="070FBFF6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584" w:type="dxa"/>
            <w:shd w:val="clear" w:color="auto" w:fill="FFF0E0"/>
            <w:vAlign w:val="center"/>
          </w:tcPr>
          <w:p w14:paraId="7C262272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sz w:val="16"/>
              </w:rPr>
              <w:t xml:space="preserve">г.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Минск</w:t>
            </w:r>
            <w:proofErr w:type="spellEnd"/>
          </w:p>
        </w:tc>
        <w:tc>
          <w:tcPr>
            <w:tcW w:w="2375" w:type="dxa"/>
            <w:shd w:val="clear" w:color="auto" w:fill="FFF0E0"/>
            <w:vAlign w:val="center"/>
          </w:tcPr>
          <w:p w14:paraId="5E046ABF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Будник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Владимир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Ярославович</w:t>
            </w:r>
            <w:proofErr w:type="spellEnd"/>
          </w:p>
        </w:tc>
        <w:tc>
          <w:tcPr>
            <w:tcW w:w="644" w:type="dxa"/>
            <w:shd w:val="clear" w:color="auto" w:fill="FFF0E0"/>
            <w:vAlign w:val="center"/>
          </w:tcPr>
          <w:p w14:paraId="6A7FFAA0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2545" w:type="dxa"/>
            <w:shd w:val="clear" w:color="auto" w:fill="FFF0E0"/>
            <w:vAlign w:val="center"/>
          </w:tcPr>
          <w:p w14:paraId="4ABEB2C7" w14:textId="089A6E69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ГУО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Гимназия с белорусским языком обучения № 23 г. Минска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</w:p>
        </w:tc>
        <w:tc>
          <w:tcPr>
            <w:tcW w:w="668" w:type="dxa"/>
            <w:shd w:val="clear" w:color="auto" w:fill="FFF0E0"/>
            <w:vAlign w:val="center"/>
          </w:tcPr>
          <w:p w14:paraId="10DD504A" w14:textId="77777777" w:rsidR="00FC601A" w:rsidRPr="00F4323A" w:rsidRDefault="00FC601A" w:rsidP="00FC601A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8B5A2B"/>
                <w:sz w:val="16"/>
              </w:rPr>
              <w:t>3</w:t>
            </w:r>
          </w:p>
        </w:tc>
        <w:tc>
          <w:tcPr>
            <w:tcW w:w="2544" w:type="dxa"/>
            <w:shd w:val="clear" w:color="auto" w:fill="FFF0E0"/>
            <w:vAlign w:val="center"/>
          </w:tcPr>
          <w:p w14:paraId="155DF21D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Василевская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Наталья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Альбертовна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+375291848935</w:t>
            </w:r>
          </w:p>
        </w:tc>
      </w:tr>
    </w:tbl>
    <w:p w14:paraId="2A900A73" w14:textId="77777777" w:rsidR="00746F27" w:rsidRPr="00F4323A" w:rsidRDefault="007427FF">
      <w:pPr>
        <w:spacing w:before="120" w:after="40"/>
        <w:rPr>
          <w:rFonts w:ascii="Times New Roman" w:hAnsi="Times New Roman" w:cs="Times New Roman"/>
        </w:rPr>
      </w:pPr>
      <w:proofErr w:type="spellStart"/>
      <w:r w:rsidRPr="00F4323A">
        <w:rPr>
          <w:rFonts w:ascii="Times New Roman" w:hAnsi="Times New Roman" w:cs="Times New Roman"/>
          <w:b/>
          <w:color w:val="1F4E79"/>
          <w:sz w:val="20"/>
        </w:rPr>
        <w:t>Номинация</w:t>
      </w:r>
      <w:proofErr w:type="spellEnd"/>
      <w:r w:rsidRPr="00F4323A">
        <w:rPr>
          <w:rFonts w:ascii="Times New Roman" w:hAnsi="Times New Roman" w:cs="Times New Roman"/>
          <w:b/>
          <w:color w:val="1F4E79"/>
          <w:sz w:val="20"/>
        </w:rPr>
        <w:t xml:space="preserve"> 3: </w:t>
      </w:r>
      <w:proofErr w:type="spellStart"/>
      <w:r w:rsidRPr="00F4323A">
        <w:rPr>
          <w:rFonts w:ascii="Times New Roman" w:hAnsi="Times New Roman" w:cs="Times New Roman"/>
          <w:b/>
          <w:color w:val="1F4E79"/>
          <w:sz w:val="20"/>
        </w:rPr>
        <w:t>Верстка</w:t>
      </w:r>
      <w:proofErr w:type="spellEnd"/>
      <w:r w:rsidRPr="00F4323A">
        <w:rPr>
          <w:rFonts w:ascii="Times New Roman" w:hAnsi="Times New Roman" w:cs="Times New Roman"/>
          <w:b/>
          <w:color w:val="1F4E79"/>
          <w:sz w:val="20"/>
        </w:rPr>
        <w:t xml:space="preserve">: </w:t>
      </w:r>
      <w:proofErr w:type="spellStart"/>
      <w:r w:rsidRPr="00F4323A">
        <w:rPr>
          <w:rFonts w:ascii="Times New Roman" w:hAnsi="Times New Roman" w:cs="Times New Roman"/>
          <w:b/>
          <w:color w:val="1F4E79"/>
          <w:sz w:val="20"/>
        </w:rPr>
        <w:t>Адаптивный</w:t>
      </w:r>
      <w:proofErr w:type="spellEnd"/>
      <w:r w:rsidRPr="00F4323A">
        <w:rPr>
          <w:rFonts w:ascii="Times New Roman" w:hAnsi="Times New Roman" w:cs="Times New Roman"/>
          <w:b/>
          <w:color w:val="1F4E79"/>
          <w:sz w:val="20"/>
        </w:rPr>
        <w:t xml:space="preserve"> </w:t>
      </w:r>
      <w:proofErr w:type="spellStart"/>
      <w:r w:rsidRPr="00F4323A">
        <w:rPr>
          <w:rFonts w:ascii="Times New Roman" w:hAnsi="Times New Roman" w:cs="Times New Roman"/>
          <w:b/>
          <w:color w:val="1F4E79"/>
          <w:sz w:val="20"/>
        </w:rPr>
        <w:t>лендинг</w:t>
      </w:r>
      <w:proofErr w:type="spellEnd"/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96"/>
        <w:gridCol w:w="1549"/>
        <w:gridCol w:w="2318"/>
        <w:gridCol w:w="644"/>
        <w:gridCol w:w="2471"/>
        <w:gridCol w:w="668"/>
        <w:gridCol w:w="2484"/>
      </w:tblGrid>
      <w:tr w:rsidR="00746F27" w:rsidRPr="00F4323A" w14:paraId="323AC5AA" w14:textId="77777777" w:rsidTr="00FC601A">
        <w:tc>
          <w:tcPr>
            <w:tcW w:w="397" w:type="dxa"/>
            <w:shd w:val="clear" w:color="auto" w:fill="1F4E79"/>
            <w:vAlign w:val="center"/>
          </w:tcPr>
          <w:p w14:paraId="72EDAFAC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№</w:t>
            </w:r>
          </w:p>
        </w:tc>
        <w:tc>
          <w:tcPr>
            <w:tcW w:w="1583" w:type="dxa"/>
            <w:shd w:val="clear" w:color="auto" w:fill="1F4E79"/>
            <w:vAlign w:val="center"/>
          </w:tcPr>
          <w:p w14:paraId="237947C8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Регион</w:t>
            </w:r>
            <w:proofErr w:type="spellEnd"/>
          </w:p>
        </w:tc>
        <w:tc>
          <w:tcPr>
            <w:tcW w:w="2374" w:type="dxa"/>
            <w:shd w:val="clear" w:color="auto" w:fill="1F4E79"/>
            <w:vAlign w:val="center"/>
          </w:tcPr>
          <w:p w14:paraId="7EC38584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 xml:space="preserve">ФИО </w:t>
            </w: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участника</w:t>
            </w:r>
            <w:proofErr w:type="spellEnd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(</w:t>
            </w: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ов</w:t>
            </w:r>
            <w:proofErr w:type="spellEnd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)</w:t>
            </w:r>
          </w:p>
        </w:tc>
        <w:tc>
          <w:tcPr>
            <w:tcW w:w="644" w:type="dxa"/>
            <w:shd w:val="clear" w:color="auto" w:fill="1F4E79"/>
            <w:vAlign w:val="center"/>
          </w:tcPr>
          <w:p w14:paraId="2DE60C32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Класс</w:t>
            </w:r>
            <w:proofErr w:type="spellEnd"/>
          </w:p>
        </w:tc>
        <w:tc>
          <w:tcPr>
            <w:tcW w:w="2542" w:type="dxa"/>
            <w:shd w:val="clear" w:color="auto" w:fill="1F4E79"/>
            <w:vAlign w:val="center"/>
          </w:tcPr>
          <w:p w14:paraId="6D6E9BB9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Учреждение</w:t>
            </w:r>
            <w:proofErr w:type="spellEnd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образования</w:t>
            </w:r>
            <w:proofErr w:type="spellEnd"/>
          </w:p>
        </w:tc>
        <w:tc>
          <w:tcPr>
            <w:tcW w:w="668" w:type="dxa"/>
            <w:shd w:val="clear" w:color="auto" w:fill="1F4E79"/>
            <w:vAlign w:val="center"/>
          </w:tcPr>
          <w:p w14:paraId="475905F0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Место</w:t>
            </w:r>
            <w:proofErr w:type="spellEnd"/>
          </w:p>
        </w:tc>
        <w:tc>
          <w:tcPr>
            <w:tcW w:w="2548" w:type="dxa"/>
            <w:shd w:val="clear" w:color="auto" w:fill="1F4E79"/>
            <w:vAlign w:val="center"/>
          </w:tcPr>
          <w:p w14:paraId="3D459A3C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Руководитель</w:t>
            </w:r>
            <w:proofErr w:type="spellEnd"/>
          </w:p>
        </w:tc>
      </w:tr>
      <w:tr w:rsidR="00FC601A" w:rsidRPr="00C629D5" w14:paraId="71383FF7" w14:textId="77777777" w:rsidTr="00FC601A">
        <w:tc>
          <w:tcPr>
            <w:tcW w:w="397" w:type="dxa"/>
            <w:shd w:val="clear" w:color="auto" w:fill="FFF9E6"/>
            <w:vAlign w:val="center"/>
          </w:tcPr>
          <w:p w14:paraId="13BDEABE" w14:textId="31DDE1BA" w:rsidR="00FC601A" w:rsidRPr="00C629D5" w:rsidRDefault="00FC601A" w:rsidP="00FC601A">
            <w:pPr>
              <w:spacing w:before="20" w:after="20"/>
              <w:rPr>
                <w:rFonts w:ascii="Times New Roman" w:hAnsi="Times New Roman" w:cs="Times New Roman"/>
                <w:highlight w:val="yellow"/>
              </w:rPr>
            </w:pPr>
            <w:r w:rsidRPr="00C629D5">
              <w:rPr>
                <w:rFonts w:ascii="Times New Roman" w:hAnsi="Times New Roman" w:cs="Times New Roman"/>
                <w:highlight w:val="yellow"/>
                <w:lang w:val="ru-RU"/>
              </w:rPr>
              <w:t>1</w:t>
            </w:r>
          </w:p>
        </w:tc>
        <w:tc>
          <w:tcPr>
            <w:tcW w:w="1583" w:type="dxa"/>
            <w:shd w:val="clear" w:color="auto" w:fill="FFF9E6"/>
            <w:vAlign w:val="center"/>
          </w:tcPr>
          <w:p w14:paraId="77E348A5" w14:textId="77777777" w:rsidR="00FC601A" w:rsidRPr="00C629D5" w:rsidRDefault="00FC601A" w:rsidP="00FC601A">
            <w:pPr>
              <w:spacing w:before="20" w:after="20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C629D5">
              <w:rPr>
                <w:rFonts w:ascii="Times New Roman" w:hAnsi="Times New Roman" w:cs="Times New Roman"/>
                <w:sz w:val="16"/>
                <w:highlight w:val="yellow"/>
              </w:rPr>
              <w:t>Брестская</w:t>
            </w:r>
            <w:proofErr w:type="spellEnd"/>
            <w:r w:rsidRPr="00C629D5">
              <w:rPr>
                <w:rFonts w:ascii="Times New Roman" w:hAnsi="Times New Roman" w:cs="Times New Roman"/>
                <w:sz w:val="16"/>
                <w:highlight w:val="yellow"/>
              </w:rPr>
              <w:t xml:space="preserve"> </w:t>
            </w:r>
            <w:proofErr w:type="spellStart"/>
            <w:r w:rsidRPr="00C629D5">
              <w:rPr>
                <w:rFonts w:ascii="Times New Roman" w:hAnsi="Times New Roman" w:cs="Times New Roman"/>
                <w:sz w:val="16"/>
                <w:highlight w:val="yellow"/>
              </w:rPr>
              <w:t>область</w:t>
            </w:r>
            <w:proofErr w:type="spellEnd"/>
          </w:p>
        </w:tc>
        <w:tc>
          <w:tcPr>
            <w:tcW w:w="2374" w:type="dxa"/>
            <w:shd w:val="clear" w:color="auto" w:fill="FFF9E6"/>
            <w:vAlign w:val="center"/>
          </w:tcPr>
          <w:p w14:paraId="6566E909" w14:textId="77777777" w:rsidR="00FC601A" w:rsidRPr="00C629D5" w:rsidRDefault="00FC601A" w:rsidP="00FC601A">
            <w:pPr>
              <w:spacing w:before="20" w:after="20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C629D5">
              <w:rPr>
                <w:rFonts w:ascii="Times New Roman" w:hAnsi="Times New Roman" w:cs="Times New Roman"/>
                <w:sz w:val="16"/>
                <w:highlight w:val="yellow"/>
              </w:rPr>
              <w:t>Глушко</w:t>
            </w:r>
            <w:proofErr w:type="spellEnd"/>
            <w:r w:rsidRPr="00C629D5">
              <w:rPr>
                <w:rFonts w:ascii="Times New Roman" w:hAnsi="Times New Roman" w:cs="Times New Roman"/>
                <w:sz w:val="16"/>
                <w:highlight w:val="yellow"/>
              </w:rPr>
              <w:t xml:space="preserve"> </w:t>
            </w:r>
            <w:proofErr w:type="spellStart"/>
            <w:r w:rsidRPr="00C629D5">
              <w:rPr>
                <w:rFonts w:ascii="Times New Roman" w:hAnsi="Times New Roman" w:cs="Times New Roman"/>
                <w:sz w:val="16"/>
                <w:highlight w:val="yellow"/>
              </w:rPr>
              <w:t>Максим</w:t>
            </w:r>
            <w:proofErr w:type="spellEnd"/>
            <w:r w:rsidRPr="00C629D5">
              <w:rPr>
                <w:rFonts w:ascii="Times New Roman" w:hAnsi="Times New Roman" w:cs="Times New Roman"/>
                <w:sz w:val="16"/>
                <w:highlight w:val="yellow"/>
              </w:rPr>
              <w:t xml:space="preserve"> </w:t>
            </w:r>
            <w:proofErr w:type="spellStart"/>
            <w:r w:rsidRPr="00C629D5">
              <w:rPr>
                <w:rFonts w:ascii="Times New Roman" w:hAnsi="Times New Roman" w:cs="Times New Roman"/>
                <w:sz w:val="16"/>
                <w:highlight w:val="yellow"/>
              </w:rPr>
              <w:t>Игоревич</w:t>
            </w:r>
            <w:proofErr w:type="spellEnd"/>
          </w:p>
        </w:tc>
        <w:tc>
          <w:tcPr>
            <w:tcW w:w="644" w:type="dxa"/>
            <w:shd w:val="clear" w:color="auto" w:fill="FFF9E6"/>
            <w:vAlign w:val="center"/>
          </w:tcPr>
          <w:p w14:paraId="3806EB4A" w14:textId="77777777" w:rsidR="00FC601A" w:rsidRPr="00C629D5" w:rsidRDefault="00FC601A" w:rsidP="00FC601A">
            <w:pPr>
              <w:spacing w:before="20" w:after="20"/>
              <w:rPr>
                <w:rFonts w:ascii="Times New Roman" w:hAnsi="Times New Roman" w:cs="Times New Roman"/>
                <w:highlight w:val="yellow"/>
              </w:rPr>
            </w:pPr>
            <w:r w:rsidRPr="00C629D5">
              <w:rPr>
                <w:rFonts w:ascii="Times New Roman" w:hAnsi="Times New Roman" w:cs="Times New Roman"/>
                <w:sz w:val="16"/>
                <w:highlight w:val="yellow"/>
              </w:rPr>
              <w:t>9</w:t>
            </w:r>
          </w:p>
        </w:tc>
        <w:tc>
          <w:tcPr>
            <w:tcW w:w="2542" w:type="dxa"/>
            <w:shd w:val="clear" w:color="auto" w:fill="FFF9E6"/>
            <w:vAlign w:val="center"/>
          </w:tcPr>
          <w:p w14:paraId="7C7D5ABC" w14:textId="62154E81" w:rsidR="00FC601A" w:rsidRPr="00C629D5" w:rsidRDefault="00FC601A" w:rsidP="00FC601A">
            <w:pPr>
              <w:spacing w:before="20" w:after="20"/>
              <w:rPr>
                <w:rFonts w:ascii="Times New Roman" w:hAnsi="Times New Roman" w:cs="Times New Roman"/>
                <w:highlight w:val="yellow"/>
                <w:lang w:val="ru-RU"/>
              </w:rPr>
            </w:pPr>
            <w:r w:rsidRPr="00C629D5">
              <w:rPr>
                <w:rFonts w:ascii="Times New Roman" w:hAnsi="Times New Roman" w:cs="Times New Roman"/>
                <w:sz w:val="16"/>
                <w:highlight w:val="yellow"/>
                <w:lang w:val="ru-RU"/>
              </w:rPr>
              <w:t xml:space="preserve">ГУО </w:t>
            </w:r>
            <w:r w:rsidR="00203833" w:rsidRPr="00C629D5">
              <w:rPr>
                <w:rFonts w:ascii="Times New Roman" w:hAnsi="Times New Roman" w:cs="Times New Roman"/>
                <w:sz w:val="16"/>
                <w:highlight w:val="yellow"/>
                <w:lang w:val="ru-RU"/>
              </w:rPr>
              <w:t>«</w:t>
            </w:r>
            <w:r w:rsidRPr="00C629D5">
              <w:rPr>
                <w:rFonts w:ascii="Times New Roman" w:hAnsi="Times New Roman" w:cs="Times New Roman"/>
                <w:sz w:val="16"/>
                <w:highlight w:val="yellow"/>
                <w:lang w:val="ru-RU"/>
              </w:rPr>
              <w:t>Средняя школа №26 г. Бреста</w:t>
            </w:r>
            <w:r w:rsidR="00203833" w:rsidRPr="00C629D5">
              <w:rPr>
                <w:rFonts w:ascii="Times New Roman" w:hAnsi="Times New Roman" w:cs="Times New Roman"/>
                <w:sz w:val="16"/>
                <w:highlight w:val="yellow"/>
                <w:lang w:val="ru-RU"/>
              </w:rPr>
              <w:t>»</w:t>
            </w:r>
          </w:p>
        </w:tc>
        <w:tc>
          <w:tcPr>
            <w:tcW w:w="668" w:type="dxa"/>
            <w:shd w:val="clear" w:color="auto" w:fill="FFF9E6"/>
            <w:vAlign w:val="center"/>
          </w:tcPr>
          <w:p w14:paraId="700ECADE" w14:textId="77777777" w:rsidR="00FC601A" w:rsidRPr="00C629D5" w:rsidRDefault="00FC601A" w:rsidP="00FC601A">
            <w:pPr>
              <w:spacing w:before="20" w:after="2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629D5">
              <w:rPr>
                <w:rFonts w:ascii="Times New Roman" w:hAnsi="Times New Roman" w:cs="Times New Roman"/>
                <w:b/>
                <w:color w:val="B8860B"/>
                <w:sz w:val="16"/>
                <w:highlight w:val="yellow"/>
              </w:rPr>
              <w:t>1</w:t>
            </w:r>
          </w:p>
        </w:tc>
        <w:tc>
          <w:tcPr>
            <w:tcW w:w="2548" w:type="dxa"/>
            <w:shd w:val="clear" w:color="auto" w:fill="FFF9E6"/>
            <w:vAlign w:val="center"/>
          </w:tcPr>
          <w:p w14:paraId="02898822" w14:textId="7EEB3409" w:rsidR="00FC601A" w:rsidRPr="00C629D5" w:rsidRDefault="00FC601A" w:rsidP="00FC601A">
            <w:pPr>
              <w:spacing w:before="20" w:after="20"/>
              <w:rPr>
                <w:rFonts w:ascii="Times New Roman" w:hAnsi="Times New Roman" w:cs="Times New Roman"/>
                <w:highlight w:val="yellow"/>
                <w:lang w:val="ru-RU"/>
              </w:rPr>
            </w:pPr>
            <w:proofErr w:type="spellStart"/>
            <w:r w:rsidRPr="00C629D5">
              <w:rPr>
                <w:rFonts w:ascii="Times New Roman" w:hAnsi="Times New Roman" w:cs="Times New Roman"/>
                <w:sz w:val="16"/>
                <w:highlight w:val="yellow"/>
                <w:lang w:val="ru-RU"/>
              </w:rPr>
              <w:t>Доруткина</w:t>
            </w:r>
            <w:proofErr w:type="spellEnd"/>
            <w:r w:rsidRPr="00C629D5">
              <w:rPr>
                <w:rFonts w:ascii="Times New Roman" w:hAnsi="Times New Roman" w:cs="Times New Roman"/>
                <w:sz w:val="16"/>
                <w:highlight w:val="yellow"/>
                <w:lang w:val="ru-RU"/>
              </w:rPr>
              <w:t xml:space="preserve"> Алла Владимировна, педагог ГУО </w:t>
            </w:r>
            <w:r w:rsidR="00203833" w:rsidRPr="00C629D5">
              <w:rPr>
                <w:rFonts w:ascii="Times New Roman" w:hAnsi="Times New Roman" w:cs="Times New Roman"/>
                <w:sz w:val="16"/>
                <w:highlight w:val="yellow"/>
                <w:lang w:val="ru-RU"/>
              </w:rPr>
              <w:t>«</w:t>
            </w:r>
            <w:r w:rsidRPr="00C629D5">
              <w:rPr>
                <w:rFonts w:ascii="Times New Roman" w:hAnsi="Times New Roman" w:cs="Times New Roman"/>
                <w:sz w:val="16"/>
                <w:highlight w:val="yellow"/>
                <w:lang w:val="ru-RU"/>
              </w:rPr>
              <w:t>Средняя школа № 26 г. Бреста</w:t>
            </w:r>
            <w:r w:rsidR="00203833" w:rsidRPr="00C629D5">
              <w:rPr>
                <w:rFonts w:ascii="Times New Roman" w:hAnsi="Times New Roman" w:cs="Times New Roman"/>
                <w:sz w:val="16"/>
                <w:highlight w:val="yellow"/>
                <w:lang w:val="ru-RU"/>
              </w:rPr>
              <w:t>»</w:t>
            </w:r>
          </w:p>
        </w:tc>
      </w:tr>
      <w:tr w:rsidR="00FC601A" w:rsidRPr="00F4323A" w14:paraId="3E92D793" w14:textId="77777777" w:rsidTr="00FC601A">
        <w:tc>
          <w:tcPr>
            <w:tcW w:w="397" w:type="dxa"/>
            <w:shd w:val="clear" w:color="auto" w:fill="F5F5F5"/>
            <w:vAlign w:val="center"/>
          </w:tcPr>
          <w:p w14:paraId="15FAC8BE" w14:textId="5729A8EA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583" w:type="dxa"/>
            <w:shd w:val="clear" w:color="auto" w:fill="F5F5F5"/>
            <w:vAlign w:val="center"/>
          </w:tcPr>
          <w:p w14:paraId="50F3DBB1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sz w:val="16"/>
              </w:rPr>
              <w:t xml:space="preserve">г.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Минск</w:t>
            </w:r>
            <w:proofErr w:type="spellEnd"/>
          </w:p>
        </w:tc>
        <w:tc>
          <w:tcPr>
            <w:tcW w:w="2374" w:type="dxa"/>
            <w:shd w:val="clear" w:color="auto" w:fill="F5F5F5"/>
            <w:vAlign w:val="center"/>
          </w:tcPr>
          <w:p w14:paraId="363FF7C2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Якимович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Яромир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Юрьевич</w:t>
            </w:r>
            <w:proofErr w:type="spellEnd"/>
          </w:p>
        </w:tc>
        <w:tc>
          <w:tcPr>
            <w:tcW w:w="644" w:type="dxa"/>
            <w:shd w:val="clear" w:color="auto" w:fill="F5F5F5"/>
            <w:vAlign w:val="center"/>
          </w:tcPr>
          <w:p w14:paraId="4F109AE0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2542" w:type="dxa"/>
            <w:shd w:val="clear" w:color="auto" w:fill="F5F5F5"/>
            <w:vAlign w:val="center"/>
          </w:tcPr>
          <w:p w14:paraId="4B127591" w14:textId="5CE979D9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ГУО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Средняя школа № 215 г. Минска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</w:p>
        </w:tc>
        <w:tc>
          <w:tcPr>
            <w:tcW w:w="668" w:type="dxa"/>
            <w:shd w:val="clear" w:color="auto" w:fill="F5F5F5"/>
            <w:vAlign w:val="center"/>
          </w:tcPr>
          <w:p w14:paraId="1E350EA0" w14:textId="77777777" w:rsidR="00FC601A" w:rsidRPr="00F4323A" w:rsidRDefault="00FC601A" w:rsidP="00FC601A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646464"/>
                <w:sz w:val="16"/>
              </w:rPr>
              <w:t>2</w:t>
            </w:r>
          </w:p>
        </w:tc>
        <w:tc>
          <w:tcPr>
            <w:tcW w:w="2548" w:type="dxa"/>
            <w:shd w:val="clear" w:color="auto" w:fill="F5F5F5"/>
            <w:vAlign w:val="center"/>
          </w:tcPr>
          <w:p w14:paraId="747EC685" w14:textId="1A35CFE5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Читая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Джульетта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Ревазовна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>,</w:t>
            </w:r>
            <w:r w:rsidR="00B626BC"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 </w:t>
            </w:r>
            <w:r w:rsidRPr="00F4323A">
              <w:rPr>
                <w:rFonts w:ascii="Times New Roman" w:hAnsi="Times New Roman" w:cs="Times New Roman"/>
                <w:sz w:val="16"/>
              </w:rPr>
              <w:t>+375256524111</w:t>
            </w:r>
          </w:p>
        </w:tc>
      </w:tr>
      <w:tr w:rsidR="00FC601A" w:rsidRPr="00F4323A" w14:paraId="7AD11A55" w14:textId="77777777" w:rsidTr="00FC601A">
        <w:tc>
          <w:tcPr>
            <w:tcW w:w="397" w:type="dxa"/>
            <w:shd w:val="clear" w:color="auto" w:fill="FFF0E0"/>
            <w:vAlign w:val="center"/>
          </w:tcPr>
          <w:p w14:paraId="2264F49A" w14:textId="21F71608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583" w:type="dxa"/>
            <w:shd w:val="clear" w:color="auto" w:fill="FFF0E0"/>
            <w:vAlign w:val="center"/>
          </w:tcPr>
          <w:p w14:paraId="16087564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Минская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область</w:t>
            </w:r>
            <w:proofErr w:type="spellEnd"/>
          </w:p>
        </w:tc>
        <w:tc>
          <w:tcPr>
            <w:tcW w:w="2374" w:type="dxa"/>
            <w:shd w:val="clear" w:color="auto" w:fill="FFF0E0"/>
            <w:vAlign w:val="center"/>
          </w:tcPr>
          <w:p w14:paraId="5D8C2EB4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Пенкрат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Роман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Сергеевич</w:t>
            </w:r>
            <w:proofErr w:type="spellEnd"/>
          </w:p>
        </w:tc>
        <w:tc>
          <w:tcPr>
            <w:tcW w:w="644" w:type="dxa"/>
            <w:shd w:val="clear" w:color="auto" w:fill="FFF0E0"/>
            <w:vAlign w:val="center"/>
          </w:tcPr>
          <w:p w14:paraId="65E8A420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2542" w:type="dxa"/>
            <w:shd w:val="clear" w:color="auto" w:fill="FFF0E0"/>
            <w:vAlign w:val="center"/>
          </w:tcPr>
          <w:p w14:paraId="28ED5FAE" w14:textId="1F30E271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sz w:val="16"/>
              </w:rPr>
              <w:t xml:space="preserve">ГУО </w:t>
            </w:r>
            <w:r w:rsidR="00203833" w:rsidRPr="00F4323A">
              <w:rPr>
                <w:rFonts w:ascii="Times New Roman" w:hAnsi="Times New Roman" w:cs="Times New Roman"/>
                <w:sz w:val="16"/>
              </w:rPr>
              <w:t>«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Гимназия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г.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Логойска</w:t>
            </w:r>
            <w:proofErr w:type="spellEnd"/>
            <w:r w:rsidR="00203833" w:rsidRPr="00F4323A">
              <w:rPr>
                <w:rFonts w:ascii="Times New Roman" w:hAnsi="Times New Roman" w:cs="Times New Roman"/>
                <w:sz w:val="16"/>
              </w:rPr>
              <w:t>»</w:t>
            </w:r>
          </w:p>
        </w:tc>
        <w:tc>
          <w:tcPr>
            <w:tcW w:w="668" w:type="dxa"/>
            <w:shd w:val="clear" w:color="auto" w:fill="FFF0E0"/>
            <w:vAlign w:val="center"/>
          </w:tcPr>
          <w:p w14:paraId="357C59F2" w14:textId="77777777" w:rsidR="00FC601A" w:rsidRPr="00F4323A" w:rsidRDefault="00FC601A" w:rsidP="00FC601A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8B5A2B"/>
                <w:sz w:val="16"/>
              </w:rPr>
              <w:t>3</w:t>
            </w:r>
          </w:p>
        </w:tc>
        <w:tc>
          <w:tcPr>
            <w:tcW w:w="2548" w:type="dxa"/>
            <w:shd w:val="clear" w:color="auto" w:fill="FFF0E0"/>
            <w:vAlign w:val="center"/>
          </w:tcPr>
          <w:p w14:paraId="7E937A8B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Лещинская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Вероника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Михайловна</w:t>
            </w:r>
            <w:proofErr w:type="spellEnd"/>
          </w:p>
        </w:tc>
      </w:tr>
    </w:tbl>
    <w:p w14:paraId="42EC2830" w14:textId="77777777" w:rsidR="00746F27" w:rsidRPr="00F4323A" w:rsidRDefault="007427FF">
      <w:pPr>
        <w:spacing w:before="120" w:after="40"/>
        <w:rPr>
          <w:rFonts w:ascii="Times New Roman" w:hAnsi="Times New Roman" w:cs="Times New Roman"/>
          <w:lang w:val="ru-RU"/>
        </w:rPr>
      </w:pPr>
      <w:r w:rsidRPr="00F4323A">
        <w:rPr>
          <w:rFonts w:ascii="Times New Roman" w:hAnsi="Times New Roman" w:cs="Times New Roman"/>
          <w:b/>
          <w:color w:val="1F4E79"/>
          <w:sz w:val="20"/>
          <w:lang w:val="ru-RU"/>
        </w:rPr>
        <w:t>Номинация 4: Верстка: Интерфейс админ-панели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94"/>
        <w:gridCol w:w="1555"/>
        <w:gridCol w:w="2312"/>
        <w:gridCol w:w="644"/>
        <w:gridCol w:w="2469"/>
        <w:gridCol w:w="668"/>
        <w:gridCol w:w="2488"/>
      </w:tblGrid>
      <w:tr w:rsidR="00746F27" w:rsidRPr="00F4323A" w14:paraId="5014B5F7" w14:textId="77777777" w:rsidTr="00FC601A">
        <w:tc>
          <w:tcPr>
            <w:tcW w:w="396" w:type="dxa"/>
            <w:shd w:val="clear" w:color="auto" w:fill="1F4E79"/>
            <w:vAlign w:val="center"/>
          </w:tcPr>
          <w:p w14:paraId="78CE9645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№</w:t>
            </w:r>
          </w:p>
        </w:tc>
        <w:tc>
          <w:tcPr>
            <w:tcW w:w="1583" w:type="dxa"/>
            <w:shd w:val="clear" w:color="auto" w:fill="1F4E79"/>
            <w:vAlign w:val="center"/>
          </w:tcPr>
          <w:p w14:paraId="2867D74B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Регион</w:t>
            </w:r>
            <w:proofErr w:type="spellEnd"/>
          </w:p>
        </w:tc>
        <w:tc>
          <w:tcPr>
            <w:tcW w:w="2376" w:type="dxa"/>
            <w:shd w:val="clear" w:color="auto" w:fill="1F4E79"/>
            <w:vAlign w:val="center"/>
          </w:tcPr>
          <w:p w14:paraId="32BB2666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 xml:space="preserve">ФИО </w:t>
            </w: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участника</w:t>
            </w:r>
            <w:proofErr w:type="spellEnd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(</w:t>
            </w: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ов</w:t>
            </w:r>
            <w:proofErr w:type="spellEnd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)</w:t>
            </w:r>
          </w:p>
        </w:tc>
        <w:tc>
          <w:tcPr>
            <w:tcW w:w="644" w:type="dxa"/>
            <w:shd w:val="clear" w:color="auto" w:fill="1F4E79"/>
            <w:vAlign w:val="center"/>
          </w:tcPr>
          <w:p w14:paraId="50BCDBD7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Класс</w:t>
            </w:r>
            <w:proofErr w:type="spellEnd"/>
          </w:p>
        </w:tc>
        <w:tc>
          <w:tcPr>
            <w:tcW w:w="2544" w:type="dxa"/>
            <w:shd w:val="clear" w:color="auto" w:fill="1F4E79"/>
            <w:vAlign w:val="center"/>
          </w:tcPr>
          <w:p w14:paraId="784A9733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Учреждение</w:t>
            </w:r>
            <w:proofErr w:type="spellEnd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образования</w:t>
            </w:r>
            <w:proofErr w:type="spellEnd"/>
          </w:p>
        </w:tc>
        <w:tc>
          <w:tcPr>
            <w:tcW w:w="668" w:type="dxa"/>
            <w:shd w:val="clear" w:color="auto" w:fill="1F4E79"/>
            <w:vAlign w:val="center"/>
          </w:tcPr>
          <w:p w14:paraId="60978666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Место</w:t>
            </w:r>
            <w:proofErr w:type="spellEnd"/>
          </w:p>
        </w:tc>
        <w:tc>
          <w:tcPr>
            <w:tcW w:w="2545" w:type="dxa"/>
            <w:shd w:val="clear" w:color="auto" w:fill="1F4E79"/>
            <w:vAlign w:val="center"/>
          </w:tcPr>
          <w:p w14:paraId="300BCF19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Руководитель</w:t>
            </w:r>
            <w:proofErr w:type="spellEnd"/>
          </w:p>
        </w:tc>
      </w:tr>
      <w:tr w:rsidR="00FC601A" w:rsidRPr="00F4323A" w14:paraId="2C5AFD63" w14:textId="77777777" w:rsidTr="00FC601A">
        <w:tc>
          <w:tcPr>
            <w:tcW w:w="396" w:type="dxa"/>
            <w:shd w:val="clear" w:color="auto" w:fill="FFF9E6"/>
            <w:vAlign w:val="center"/>
          </w:tcPr>
          <w:p w14:paraId="4595B44C" w14:textId="7BA1FEB4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1583" w:type="dxa"/>
            <w:shd w:val="clear" w:color="auto" w:fill="FFF9E6"/>
            <w:vAlign w:val="center"/>
          </w:tcPr>
          <w:p w14:paraId="1B32B335" w14:textId="74B79D27" w:rsidR="00FC601A" w:rsidRPr="00F4323A" w:rsidRDefault="00AE3C82" w:rsidP="00FC601A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Гомельская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область</w:t>
            </w:r>
            <w:proofErr w:type="spellEnd"/>
          </w:p>
        </w:tc>
        <w:tc>
          <w:tcPr>
            <w:tcW w:w="2376" w:type="dxa"/>
            <w:shd w:val="clear" w:color="auto" w:fill="FFF9E6"/>
            <w:vAlign w:val="center"/>
          </w:tcPr>
          <w:p w14:paraId="0311CBCE" w14:textId="097C2EFF" w:rsidR="00FC601A" w:rsidRPr="00F4323A" w:rsidRDefault="00AE3C82" w:rsidP="00FC601A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Аноничев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Платон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Алексеевич</w:t>
            </w:r>
            <w:proofErr w:type="spellEnd"/>
          </w:p>
        </w:tc>
        <w:tc>
          <w:tcPr>
            <w:tcW w:w="644" w:type="dxa"/>
            <w:shd w:val="clear" w:color="auto" w:fill="FFF9E6"/>
            <w:vAlign w:val="center"/>
          </w:tcPr>
          <w:p w14:paraId="5CC43F41" w14:textId="31221C95" w:rsidR="00FC601A" w:rsidRPr="00F4323A" w:rsidRDefault="00AE3C82" w:rsidP="00FC601A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544" w:type="dxa"/>
            <w:shd w:val="clear" w:color="auto" w:fill="FFF9E6"/>
            <w:vAlign w:val="center"/>
          </w:tcPr>
          <w:p w14:paraId="6FBB7AE7" w14:textId="11FC57C0" w:rsidR="00FC601A" w:rsidRPr="00F4323A" w:rsidRDefault="00AE3C82" w:rsidP="00FC601A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sz w:val="16"/>
                <w:szCs w:val="16"/>
              </w:rPr>
              <w:t xml:space="preserve">ГУО </w:t>
            </w:r>
            <w:r w:rsidR="00203833" w:rsidRPr="00F4323A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Гимназия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 xml:space="preserve"> г.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Светлогорска</w:t>
            </w:r>
            <w:proofErr w:type="spellEnd"/>
            <w:r w:rsidR="00203833" w:rsidRPr="00F4323A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668" w:type="dxa"/>
            <w:shd w:val="clear" w:color="auto" w:fill="FFF9E6"/>
            <w:vAlign w:val="center"/>
          </w:tcPr>
          <w:p w14:paraId="0666DC0B" w14:textId="77777777" w:rsidR="00FC601A" w:rsidRPr="00F4323A" w:rsidRDefault="00FC601A" w:rsidP="00FC601A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b/>
                <w:color w:val="B8860B"/>
                <w:sz w:val="16"/>
                <w:szCs w:val="16"/>
              </w:rPr>
              <w:t>1</w:t>
            </w:r>
          </w:p>
        </w:tc>
        <w:tc>
          <w:tcPr>
            <w:tcW w:w="2545" w:type="dxa"/>
            <w:shd w:val="clear" w:color="auto" w:fill="FFF9E6"/>
            <w:vAlign w:val="center"/>
          </w:tcPr>
          <w:p w14:paraId="331449AB" w14:textId="030D6C51" w:rsidR="00FC601A" w:rsidRPr="00F4323A" w:rsidRDefault="00504BCA" w:rsidP="00FC601A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Карпенкова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Елена Анатольевна</w:t>
            </w:r>
          </w:p>
        </w:tc>
      </w:tr>
      <w:tr w:rsidR="00FC601A" w:rsidRPr="00C629D5" w14:paraId="084BD362" w14:textId="77777777" w:rsidTr="00FC601A">
        <w:tc>
          <w:tcPr>
            <w:tcW w:w="396" w:type="dxa"/>
            <w:shd w:val="clear" w:color="auto" w:fill="F5F5F5"/>
            <w:vAlign w:val="center"/>
          </w:tcPr>
          <w:p w14:paraId="39B797C1" w14:textId="10B531BC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1583" w:type="dxa"/>
            <w:shd w:val="clear" w:color="auto" w:fill="F5F5F5"/>
            <w:vAlign w:val="center"/>
          </w:tcPr>
          <w:p w14:paraId="5345AA51" w14:textId="18C1F115" w:rsidR="00FC601A" w:rsidRPr="00F4323A" w:rsidRDefault="00AE3C82" w:rsidP="00FC601A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Гродненская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область</w:t>
            </w:r>
            <w:proofErr w:type="spellEnd"/>
          </w:p>
        </w:tc>
        <w:tc>
          <w:tcPr>
            <w:tcW w:w="2376" w:type="dxa"/>
            <w:shd w:val="clear" w:color="auto" w:fill="F5F5F5"/>
            <w:vAlign w:val="center"/>
          </w:tcPr>
          <w:p w14:paraId="32A3D226" w14:textId="27BB1AA8" w:rsidR="00FC601A" w:rsidRPr="00F4323A" w:rsidRDefault="00AE3C82" w:rsidP="00FC601A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Семенов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Константин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Эдуардович</w:t>
            </w:r>
            <w:proofErr w:type="spellEnd"/>
          </w:p>
        </w:tc>
        <w:tc>
          <w:tcPr>
            <w:tcW w:w="644" w:type="dxa"/>
            <w:shd w:val="clear" w:color="auto" w:fill="F5F5F5"/>
            <w:vAlign w:val="center"/>
          </w:tcPr>
          <w:p w14:paraId="51C1C4C9" w14:textId="5263DB92" w:rsidR="00FC601A" w:rsidRPr="00F4323A" w:rsidRDefault="00AE3C82" w:rsidP="00FC601A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544" w:type="dxa"/>
            <w:shd w:val="clear" w:color="auto" w:fill="F5F5F5"/>
            <w:vAlign w:val="center"/>
          </w:tcPr>
          <w:p w14:paraId="11A729B7" w14:textId="47C84467" w:rsidR="00FC601A" w:rsidRPr="00F4323A" w:rsidRDefault="00AE3C82" w:rsidP="00FC601A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ГУО </w:t>
            </w:r>
            <w:r w:rsidR="00203833"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Средняя школа №1 г. Ошмяны имени М.М.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Гружевского</w:t>
            </w:r>
            <w:proofErr w:type="spellEnd"/>
            <w:r w:rsidR="00203833"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»</w:t>
            </w:r>
          </w:p>
        </w:tc>
        <w:tc>
          <w:tcPr>
            <w:tcW w:w="668" w:type="dxa"/>
            <w:shd w:val="clear" w:color="auto" w:fill="F5F5F5"/>
            <w:vAlign w:val="center"/>
          </w:tcPr>
          <w:p w14:paraId="54F80B06" w14:textId="77777777" w:rsidR="00FC601A" w:rsidRPr="00F4323A" w:rsidRDefault="00FC601A" w:rsidP="00FC601A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b/>
                <w:color w:val="646464"/>
                <w:sz w:val="16"/>
                <w:szCs w:val="16"/>
              </w:rPr>
              <w:t>2</w:t>
            </w:r>
          </w:p>
        </w:tc>
        <w:tc>
          <w:tcPr>
            <w:tcW w:w="2545" w:type="dxa"/>
            <w:shd w:val="clear" w:color="auto" w:fill="F5F5F5"/>
            <w:vAlign w:val="center"/>
          </w:tcPr>
          <w:p w14:paraId="4ACBD233" w14:textId="5895A391" w:rsidR="00FC601A" w:rsidRPr="00F4323A" w:rsidRDefault="00AE3C82" w:rsidP="00FC601A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Пилецкая Наталья Александровна, учитель информатики ГУО </w:t>
            </w:r>
            <w:r w:rsidR="00203833"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Средняя школа №1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г.Ошмяны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имени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М.М.Гружевского</w:t>
            </w:r>
            <w:proofErr w:type="spellEnd"/>
            <w:r w:rsidR="00203833"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»</w:t>
            </w:r>
          </w:p>
        </w:tc>
      </w:tr>
      <w:tr w:rsidR="00AE3C82" w:rsidRPr="00C629D5" w14:paraId="2569E331" w14:textId="77777777" w:rsidTr="00FC601A">
        <w:tc>
          <w:tcPr>
            <w:tcW w:w="396" w:type="dxa"/>
            <w:shd w:val="clear" w:color="auto" w:fill="FFF0E0"/>
            <w:vAlign w:val="center"/>
          </w:tcPr>
          <w:p w14:paraId="5FF91CCF" w14:textId="1241B3F8" w:rsidR="00AE3C82" w:rsidRPr="00C629D5" w:rsidRDefault="00AE3C82" w:rsidP="00AE3C82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629D5">
              <w:rPr>
                <w:rFonts w:ascii="Times New Roman" w:hAnsi="Times New Roman" w:cs="Times New Roman"/>
                <w:sz w:val="16"/>
                <w:szCs w:val="16"/>
                <w:highlight w:val="yellow"/>
                <w:lang w:val="ru-RU"/>
              </w:rPr>
              <w:t>3</w:t>
            </w:r>
          </w:p>
        </w:tc>
        <w:tc>
          <w:tcPr>
            <w:tcW w:w="1583" w:type="dxa"/>
            <w:shd w:val="clear" w:color="auto" w:fill="FFF0E0"/>
            <w:vAlign w:val="center"/>
          </w:tcPr>
          <w:p w14:paraId="72D3129A" w14:textId="0D456687" w:rsidR="00AE3C82" w:rsidRPr="00C629D5" w:rsidRDefault="00AE3C82" w:rsidP="00AE3C82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proofErr w:type="spellStart"/>
            <w:r w:rsidRPr="00C629D5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Брестская</w:t>
            </w:r>
            <w:proofErr w:type="spellEnd"/>
            <w:r w:rsidRPr="00C629D5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 </w:t>
            </w:r>
            <w:proofErr w:type="spellStart"/>
            <w:r w:rsidRPr="00C629D5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область</w:t>
            </w:r>
            <w:proofErr w:type="spellEnd"/>
          </w:p>
        </w:tc>
        <w:tc>
          <w:tcPr>
            <w:tcW w:w="2376" w:type="dxa"/>
            <w:shd w:val="clear" w:color="auto" w:fill="FFF0E0"/>
            <w:vAlign w:val="center"/>
          </w:tcPr>
          <w:p w14:paraId="267DA33F" w14:textId="4CB7A98C" w:rsidR="00AE3C82" w:rsidRPr="00C629D5" w:rsidRDefault="00AE3C82" w:rsidP="00AE3C82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proofErr w:type="spellStart"/>
            <w:r w:rsidRPr="00C629D5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Самусев</w:t>
            </w:r>
            <w:proofErr w:type="spellEnd"/>
            <w:r w:rsidRPr="00C629D5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 </w:t>
            </w:r>
            <w:proofErr w:type="spellStart"/>
            <w:r w:rsidRPr="00C629D5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Тимофей</w:t>
            </w:r>
            <w:proofErr w:type="spellEnd"/>
            <w:r w:rsidRPr="00C629D5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 </w:t>
            </w:r>
            <w:proofErr w:type="spellStart"/>
            <w:r w:rsidRPr="00C629D5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Евгеньевич</w:t>
            </w:r>
            <w:proofErr w:type="spellEnd"/>
          </w:p>
        </w:tc>
        <w:tc>
          <w:tcPr>
            <w:tcW w:w="644" w:type="dxa"/>
            <w:shd w:val="clear" w:color="auto" w:fill="FFF0E0"/>
            <w:vAlign w:val="center"/>
          </w:tcPr>
          <w:p w14:paraId="3CEC60C2" w14:textId="6FA00A53" w:rsidR="00AE3C82" w:rsidRPr="00C629D5" w:rsidRDefault="00AE3C82" w:rsidP="00AE3C82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629D5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10</w:t>
            </w:r>
          </w:p>
        </w:tc>
        <w:tc>
          <w:tcPr>
            <w:tcW w:w="2544" w:type="dxa"/>
            <w:shd w:val="clear" w:color="auto" w:fill="FFF0E0"/>
            <w:vAlign w:val="center"/>
          </w:tcPr>
          <w:p w14:paraId="5348C725" w14:textId="0905D75B" w:rsidR="00AE3C82" w:rsidRPr="00C629D5" w:rsidRDefault="00AE3C82" w:rsidP="00AE3C82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629D5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ГУО </w:t>
            </w:r>
            <w:r w:rsidR="00203833" w:rsidRPr="00C629D5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«</w:t>
            </w:r>
            <w:proofErr w:type="spellStart"/>
            <w:r w:rsidRPr="00C629D5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Гимназия</w:t>
            </w:r>
            <w:proofErr w:type="spellEnd"/>
            <w:r w:rsidRPr="00C629D5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 №1 г. </w:t>
            </w:r>
            <w:proofErr w:type="spellStart"/>
            <w:r w:rsidRPr="00C629D5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Барановичи</w:t>
            </w:r>
            <w:proofErr w:type="spellEnd"/>
            <w:r w:rsidR="00203833" w:rsidRPr="00C629D5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»</w:t>
            </w:r>
          </w:p>
        </w:tc>
        <w:tc>
          <w:tcPr>
            <w:tcW w:w="668" w:type="dxa"/>
            <w:shd w:val="clear" w:color="auto" w:fill="FFF0E0"/>
            <w:vAlign w:val="center"/>
          </w:tcPr>
          <w:p w14:paraId="2A0CBA06" w14:textId="77777777" w:rsidR="00AE3C82" w:rsidRPr="00C629D5" w:rsidRDefault="00AE3C82" w:rsidP="00AE3C82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629D5">
              <w:rPr>
                <w:rFonts w:ascii="Times New Roman" w:hAnsi="Times New Roman" w:cs="Times New Roman"/>
                <w:b/>
                <w:color w:val="8B5A2B"/>
                <w:sz w:val="16"/>
                <w:szCs w:val="16"/>
                <w:highlight w:val="yellow"/>
              </w:rPr>
              <w:t>3</w:t>
            </w:r>
          </w:p>
        </w:tc>
        <w:tc>
          <w:tcPr>
            <w:tcW w:w="2545" w:type="dxa"/>
            <w:shd w:val="clear" w:color="auto" w:fill="FFF0E0"/>
            <w:vAlign w:val="center"/>
          </w:tcPr>
          <w:p w14:paraId="45493B04" w14:textId="5DC73C1F" w:rsidR="00AE3C82" w:rsidRPr="00C629D5" w:rsidRDefault="00AE3C82" w:rsidP="00AE3C82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  <w:highlight w:val="yellow"/>
                <w:lang w:val="ru-RU"/>
              </w:rPr>
            </w:pPr>
            <w:proofErr w:type="spellStart"/>
            <w:r w:rsidRPr="00C629D5">
              <w:rPr>
                <w:rFonts w:ascii="Times New Roman" w:hAnsi="Times New Roman" w:cs="Times New Roman"/>
                <w:sz w:val="16"/>
                <w:szCs w:val="16"/>
                <w:highlight w:val="yellow"/>
                <w:lang w:val="ru-RU"/>
              </w:rPr>
              <w:t>Кисилёва</w:t>
            </w:r>
            <w:proofErr w:type="spellEnd"/>
            <w:r w:rsidRPr="00C629D5">
              <w:rPr>
                <w:rFonts w:ascii="Times New Roman" w:hAnsi="Times New Roman" w:cs="Times New Roman"/>
                <w:sz w:val="16"/>
                <w:szCs w:val="16"/>
                <w:highlight w:val="yellow"/>
                <w:lang w:val="ru-RU"/>
              </w:rPr>
              <w:t xml:space="preserve"> Светлана Александровна, педагог ГУО </w:t>
            </w:r>
            <w:r w:rsidR="00203833" w:rsidRPr="00C629D5">
              <w:rPr>
                <w:rFonts w:ascii="Times New Roman" w:hAnsi="Times New Roman" w:cs="Times New Roman"/>
                <w:sz w:val="16"/>
                <w:szCs w:val="16"/>
                <w:highlight w:val="yellow"/>
                <w:lang w:val="ru-RU"/>
              </w:rPr>
              <w:t>«</w:t>
            </w:r>
            <w:r w:rsidRPr="00C629D5">
              <w:rPr>
                <w:rFonts w:ascii="Times New Roman" w:hAnsi="Times New Roman" w:cs="Times New Roman"/>
                <w:sz w:val="16"/>
                <w:szCs w:val="16"/>
                <w:highlight w:val="yellow"/>
                <w:lang w:val="ru-RU"/>
              </w:rPr>
              <w:t>Гимназия №1 г Барановичи</w:t>
            </w:r>
            <w:r w:rsidR="00203833" w:rsidRPr="00C629D5">
              <w:rPr>
                <w:rFonts w:ascii="Times New Roman" w:hAnsi="Times New Roman" w:cs="Times New Roman"/>
                <w:sz w:val="16"/>
                <w:szCs w:val="16"/>
                <w:highlight w:val="yellow"/>
                <w:lang w:val="ru-RU"/>
              </w:rPr>
              <w:t>»</w:t>
            </w:r>
          </w:p>
        </w:tc>
      </w:tr>
    </w:tbl>
    <w:p w14:paraId="6A3DA75D" w14:textId="063535CD" w:rsidR="00746F27" w:rsidRPr="00F4323A" w:rsidRDefault="007427FF">
      <w:pPr>
        <w:spacing w:before="120" w:after="40"/>
        <w:rPr>
          <w:rFonts w:ascii="Times New Roman" w:hAnsi="Times New Roman" w:cs="Times New Roman"/>
        </w:rPr>
      </w:pPr>
      <w:proofErr w:type="spellStart"/>
      <w:r w:rsidRPr="00F4323A">
        <w:rPr>
          <w:rFonts w:ascii="Times New Roman" w:hAnsi="Times New Roman" w:cs="Times New Roman"/>
          <w:b/>
          <w:color w:val="1F4E79"/>
          <w:sz w:val="20"/>
        </w:rPr>
        <w:t>Номинация</w:t>
      </w:r>
      <w:proofErr w:type="spellEnd"/>
      <w:r w:rsidRPr="00F4323A">
        <w:rPr>
          <w:rFonts w:ascii="Times New Roman" w:hAnsi="Times New Roman" w:cs="Times New Roman"/>
          <w:b/>
          <w:color w:val="1F4E79"/>
          <w:sz w:val="20"/>
        </w:rPr>
        <w:t xml:space="preserve"> 5: </w:t>
      </w:r>
      <w:proofErr w:type="spellStart"/>
      <w:r w:rsidRPr="00F4323A">
        <w:rPr>
          <w:rFonts w:ascii="Times New Roman" w:hAnsi="Times New Roman" w:cs="Times New Roman"/>
          <w:b/>
          <w:color w:val="1F4E79"/>
          <w:sz w:val="20"/>
        </w:rPr>
        <w:t>Разработка</w:t>
      </w:r>
      <w:proofErr w:type="spellEnd"/>
      <w:r w:rsidRPr="00F4323A">
        <w:rPr>
          <w:rFonts w:ascii="Times New Roman" w:hAnsi="Times New Roman" w:cs="Times New Roman"/>
          <w:b/>
          <w:color w:val="1F4E79"/>
          <w:sz w:val="20"/>
        </w:rPr>
        <w:t xml:space="preserve"> </w:t>
      </w:r>
      <w:proofErr w:type="spellStart"/>
      <w:r w:rsidRPr="00F4323A">
        <w:rPr>
          <w:rFonts w:ascii="Times New Roman" w:hAnsi="Times New Roman" w:cs="Times New Roman"/>
          <w:b/>
          <w:color w:val="1F4E79"/>
          <w:sz w:val="20"/>
        </w:rPr>
        <w:t>игр</w:t>
      </w:r>
      <w:proofErr w:type="spellEnd"/>
      <w:r w:rsidRPr="00F4323A">
        <w:rPr>
          <w:rFonts w:ascii="Times New Roman" w:hAnsi="Times New Roman" w:cs="Times New Roman"/>
          <w:b/>
          <w:color w:val="1F4E79"/>
          <w:sz w:val="20"/>
        </w:rPr>
        <w:t xml:space="preserve"> (Unity)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95"/>
        <w:gridCol w:w="1557"/>
        <w:gridCol w:w="2319"/>
        <w:gridCol w:w="644"/>
        <w:gridCol w:w="2470"/>
        <w:gridCol w:w="668"/>
        <w:gridCol w:w="2477"/>
      </w:tblGrid>
      <w:tr w:rsidR="00746F27" w:rsidRPr="00F4323A" w14:paraId="2C535454" w14:textId="77777777" w:rsidTr="00FC601A">
        <w:tc>
          <w:tcPr>
            <w:tcW w:w="396" w:type="dxa"/>
            <w:shd w:val="clear" w:color="auto" w:fill="1F4E79"/>
            <w:vAlign w:val="center"/>
          </w:tcPr>
          <w:p w14:paraId="5A4A8F72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№</w:t>
            </w:r>
          </w:p>
        </w:tc>
        <w:tc>
          <w:tcPr>
            <w:tcW w:w="1583" w:type="dxa"/>
            <w:shd w:val="clear" w:color="auto" w:fill="1F4E79"/>
            <w:vAlign w:val="center"/>
          </w:tcPr>
          <w:p w14:paraId="796E017F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Регион</w:t>
            </w:r>
            <w:proofErr w:type="spellEnd"/>
          </w:p>
        </w:tc>
        <w:tc>
          <w:tcPr>
            <w:tcW w:w="2376" w:type="dxa"/>
            <w:shd w:val="clear" w:color="auto" w:fill="1F4E79"/>
            <w:vAlign w:val="center"/>
          </w:tcPr>
          <w:p w14:paraId="0C3C535C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 xml:space="preserve">ФИО </w:t>
            </w: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участника</w:t>
            </w:r>
            <w:proofErr w:type="spellEnd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(</w:t>
            </w: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ов</w:t>
            </w:r>
            <w:proofErr w:type="spellEnd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)</w:t>
            </w:r>
          </w:p>
        </w:tc>
        <w:tc>
          <w:tcPr>
            <w:tcW w:w="644" w:type="dxa"/>
            <w:shd w:val="clear" w:color="auto" w:fill="1F4E79"/>
            <w:vAlign w:val="center"/>
          </w:tcPr>
          <w:p w14:paraId="0156AB65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Класс</w:t>
            </w:r>
            <w:proofErr w:type="spellEnd"/>
          </w:p>
        </w:tc>
        <w:tc>
          <w:tcPr>
            <w:tcW w:w="2544" w:type="dxa"/>
            <w:shd w:val="clear" w:color="auto" w:fill="1F4E79"/>
            <w:vAlign w:val="center"/>
          </w:tcPr>
          <w:p w14:paraId="74F9F34B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Учреждение</w:t>
            </w:r>
            <w:proofErr w:type="spellEnd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образования</w:t>
            </w:r>
            <w:proofErr w:type="spellEnd"/>
          </w:p>
        </w:tc>
        <w:tc>
          <w:tcPr>
            <w:tcW w:w="668" w:type="dxa"/>
            <w:shd w:val="clear" w:color="auto" w:fill="1F4E79"/>
            <w:vAlign w:val="center"/>
          </w:tcPr>
          <w:p w14:paraId="33F76787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Место</w:t>
            </w:r>
            <w:proofErr w:type="spellEnd"/>
          </w:p>
        </w:tc>
        <w:tc>
          <w:tcPr>
            <w:tcW w:w="2545" w:type="dxa"/>
            <w:shd w:val="clear" w:color="auto" w:fill="1F4E79"/>
            <w:vAlign w:val="center"/>
          </w:tcPr>
          <w:p w14:paraId="354B7EFC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Руководитель</w:t>
            </w:r>
            <w:proofErr w:type="spellEnd"/>
          </w:p>
        </w:tc>
      </w:tr>
      <w:tr w:rsidR="00FD0AF7" w:rsidRPr="00F4323A" w14:paraId="13D26053" w14:textId="77777777" w:rsidTr="00FC601A">
        <w:tc>
          <w:tcPr>
            <w:tcW w:w="396" w:type="dxa"/>
            <w:shd w:val="clear" w:color="auto" w:fill="FFF9E6"/>
            <w:vAlign w:val="center"/>
          </w:tcPr>
          <w:p w14:paraId="13D6D8A2" w14:textId="2184C522" w:rsidR="00FD0AF7" w:rsidRPr="00F4323A" w:rsidRDefault="00FD0AF7" w:rsidP="00FD0AF7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1583" w:type="dxa"/>
            <w:shd w:val="clear" w:color="auto" w:fill="FFF9E6"/>
            <w:vAlign w:val="center"/>
          </w:tcPr>
          <w:p w14:paraId="34418895" w14:textId="395E76C8" w:rsidR="00FD0AF7" w:rsidRPr="00F4323A" w:rsidRDefault="00FD0AF7" w:rsidP="00FD0AF7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sz w:val="16"/>
                <w:szCs w:val="16"/>
              </w:rPr>
              <w:t xml:space="preserve">г.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Минск</w:t>
            </w:r>
            <w:proofErr w:type="spellEnd"/>
          </w:p>
        </w:tc>
        <w:tc>
          <w:tcPr>
            <w:tcW w:w="2376" w:type="dxa"/>
            <w:shd w:val="clear" w:color="auto" w:fill="FFF9E6"/>
            <w:vAlign w:val="center"/>
          </w:tcPr>
          <w:p w14:paraId="51218BC7" w14:textId="77FF9D63" w:rsidR="00FD0AF7" w:rsidRPr="00F4323A" w:rsidRDefault="00FD0AF7" w:rsidP="00FD0AF7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Кащук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Матвей Юрьевич</w:t>
            </w:r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br/>
              <w:t>Тур Никита Антонович</w:t>
            </w:r>
          </w:p>
        </w:tc>
        <w:tc>
          <w:tcPr>
            <w:tcW w:w="644" w:type="dxa"/>
            <w:shd w:val="clear" w:color="auto" w:fill="FFF9E6"/>
            <w:vAlign w:val="center"/>
          </w:tcPr>
          <w:p w14:paraId="0EFC2E5B" w14:textId="2445CACA" w:rsidR="00FD0AF7" w:rsidRPr="00F4323A" w:rsidRDefault="00FD0AF7" w:rsidP="00FD0AF7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544" w:type="dxa"/>
            <w:shd w:val="clear" w:color="auto" w:fill="FFF9E6"/>
            <w:vAlign w:val="center"/>
          </w:tcPr>
          <w:p w14:paraId="7B8B2376" w14:textId="424D3230" w:rsidR="00FD0AF7" w:rsidRPr="00F4323A" w:rsidRDefault="00FD0AF7" w:rsidP="00FD0AF7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sz w:val="16"/>
                <w:szCs w:val="16"/>
              </w:rPr>
              <w:t xml:space="preserve">ГУО </w:t>
            </w:r>
            <w:r w:rsidR="00203833" w:rsidRPr="00F4323A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Гимназия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 xml:space="preserve"> № 13 г.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Минска</w:t>
            </w:r>
            <w:proofErr w:type="spellEnd"/>
            <w:r w:rsidR="00203833" w:rsidRPr="00F4323A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668" w:type="dxa"/>
            <w:shd w:val="clear" w:color="auto" w:fill="FFF9E6"/>
            <w:vAlign w:val="center"/>
          </w:tcPr>
          <w:p w14:paraId="23DC4DDF" w14:textId="77777777" w:rsidR="00FD0AF7" w:rsidRPr="00F4323A" w:rsidRDefault="00FD0AF7" w:rsidP="00FD0AF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b/>
                <w:color w:val="B8860B"/>
                <w:sz w:val="16"/>
                <w:szCs w:val="16"/>
              </w:rPr>
              <w:t>1</w:t>
            </w:r>
          </w:p>
        </w:tc>
        <w:tc>
          <w:tcPr>
            <w:tcW w:w="2545" w:type="dxa"/>
            <w:shd w:val="clear" w:color="auto" w:fill="FFF9E6"/>
            <w:vAlign w:val="center"/>
          </w:tcPr>
          <w:p w14:paraId="55A41BFB" w14:textId="48B64E51" w:rsidR="00FD0AF7" w:rsidRPr="00F4323A" w:rsidRDefault="00FD0AF7" w:rsidP="00FD0AF7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4323A">
              <w:rPr>
                <w:rFonts w:ascii="Times New Roman" w:eastAsia="Times New Roman" w:hAnsi="Times New Roman" w:cs="Times New Roman"/>
                <w:sz w:val="16"/>
                <w:szCs w:val="16"/>
              </w:rPr>
              <w:t>Кузьмина</w:t>
            </w:r>
            <w:proofErr w:type="spellEnd"/>
            <w:r w:rsidRPr="00F4323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4323A">
              <w:rPr>
                <w:rFonts w:ascii="Times New Roman" w:eastAsia="Times New Roman" w:hAnsi="Times New Roman" w:cs="Times New Roman"/>
                <w:sz w:val="16"/>
                <w:szCs w:val="16"/>
              </w:rPr>
              <w:t>Татьяна</w:t>
            </w:r>
            <w:proofErr w:type="spellEnd"/>
            <w:r w:rsidRPr="00F4323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4323A">
              <w:rPr>
                <w:rFonts w:ascii="Times New Roman" w:eastAsia="Times New Roman" w:hAnsi="Times New Roman" w:cs="Times New Roman"/>
                <w:sz w:val="16"/>
                <w:szCs w:val="16"/>
              </w:rPr>
              <w:t>Владимировна</w:t>
            </w:r>
            <w:proofErr w:type="spellEnd"/>
          </w:p>
        </w:tc>
      </w:tr>
      <w:tr w:rsidR="00FD0AF7" w:rsidRPr="00F4323A" w14:paraId="49D2F13C" w14:textId="77777777" w:rsidTr="00FC601A">
        <w:tc>
          <w:tcPr>
            <w:tcW w:w="396" w:type="dxa"/>
            <w:shd w:val="clear" w:color="auto" w:fill="F5F5F5"/>
            <w:vAlign w:val="center"/>
          </w:tcPr>
          <w:p w14:paraId="08C61876" w14:textId="7D8B6691" w:rsidR="00FD0AF7" w:rsidRPr="00F4323A" w:rsidRDefault="00FD0AF7" w:rsidP="00FD0AF7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1583" w:type="dxa"/>
            <w:shd w:val="clear" w:color="auto" w:fill="F5F5F5"/>
            <w:vAlign w:val="center"/>
          </w:tcPr>
          <w:p w14:paraId="32A52535" w14:textId="1743F887" w:rsidR="00FD0AF7" w:rsidRPr="00F4323A" w:rsidRDefault="00FD0AF7" w:rsidP="00FD0AF7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Минская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область</w:t>
            </w:r>
            <w:proofErr w:type="spellEnd"/>
          </w:p>
        </w:tc>
        <w:tc>
          <w:tcPr>
            <w:tcW w:w="2376" w:type="dxa"/>
            <w:shd w:val="clear" w:color="auto" w:fill="F5F5F5"/>
            <w:vAlign w:val="center"/>
          </w:tcPr>
          <w:p w14:paraId="049140E4" w14:textId="25A21ECC" w:rsidR="00FD0AF7" w:rsidRPr="00F4323A" w:rsidRDefault="00FD0AF7" w:rsidP="00FD0AF7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Ашуйко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Антон Вячеславович</w:t>
            </w:r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br/>
              <w:t>Горбатенко Дмитрий Алексеевич</w:t>
            </w:r>
          </w:p>
        </w:tc>
        <w:tc>
          <w:tcPr>
            <w:tcW w:w="644" w:type="dxa"/>
            <w:shd w:val="clear" w:color="auto" w:fill="F5F5F5"/>
            <w:vAlign w:val="center"/>
          </w:tcPr>
          <w:p w14:paraId="53732E1D" w14:textId="57844416" w:rsidR="00FD0AF7" w:rsidRPr="00F4323A" w:rsidRDefault="00FD0AF7" w:rsidP="00FD0AF7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544" w:type="dxa"/>
            <w:shd w:val="clear" w:color="auto" w:fill="F5F5F5"/>
            <w:vAlign w:val="center"/>
          </w:tcPr>
          <w:p w14:paraId="04BCECB9" w14:textId="7A66CC8C" w:rsidR="00FD0AF7" w:rsidRPr="00F4323A" w:rsidRDefault="00FD0AF7" w:rsidP="00FD0AF7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sz w:val="16"/>
                <w:szCs w:val="16"/>
              </w:rPr>
              <w:t xml:space="preserve">ГУО </w:t>
            </w:r>
            <w:r w:rsidR="00203833" w:rsidRPr="00F4323A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Гимназия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 xml:space="preserve"> № 1 г.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Любани</w:t>
            </w:r>
            <w:proofErr w:type="spellEnd"/>
            <w:r w:rsidR="00203833" w:rsidRPr="00F4323A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668" w:type="dxa"/>
            <w:shd w:val="clear" w:color="auto" w:fill="F5F5F5"/>
            <w:vAlign w:val="center"/>
          </w:tcPr>
          <w:p w14:paraId="5ED2350B" w14:textId="77777777" w:rsidR="00FD0AF7" w:rsidRPr="00F4323A" w:rsidRDefault="00FD0AF7" w:rsidP="00FD0AF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b/>
                <w:color w:val="646464"/>
                <w:sz w:val="16"/>
                <w:szCs w:val="16"/>
              </w:rPr>
              <w:t>2</w:t>
            </w:r>
          </w:p>
        </w:tc>
        <w:tc>
          <w:tcPr>
            <w:tcW w:w="2545" w:type="dxa"/>
            <w:shd w:val="clear" w:color="auto" w:fill="F5F5F5"/>
            <w:vAlign w:val="center"/>
          </w:tcPr>
          <w:p w14:paraId="4149DDE8" w14:textId="59C89593" w:rsidR="00FD0AF7" w:rsidRPr="00F4323A" w:rsidRDefault="00FD0AF7" w:rsidP="00FD0AF7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Кийко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Анна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Николаевна</w:t>
            </w:r>
            <w:proofErr w:type="spellEnd"/>
          </w:p>
        </w:tc>
      </w:tr>
      <w:tr w:rsidR="00FD0AF7" w:rsidRPr="00C629D5" w14:paraId="343C4477" w14:textId="77777777" w:rsidTr="00FC601A">
        <w:tc>
          <w:tcPr>
            <w:tcW w:w="396" w:type="dxa"/>
            <w:shd w:val="clear" w:color="auto" w:fill="F5F5F5"/>
            <w:vAlign w:val="center"/>
          </w:tcPr>
          <w:p w14:paraId="46374CF0" w14:textId="7CCC5590" w:rsidR="00FD0AF7" w:rsidRPr="00F4323A" w:rsidRDefault="00FD0AF7" w:rsidP="00FD0AF7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83" w:type="dxa"/>
            <w:shd w:val="clear" w:color="auto" w:fill="F5F5F5"/>
            <w:vAlign w:val="center"/>
          </w:tcPr>
          <w:p w14:paraId="528F7FAF" w14:textId="7F26106A" w:rsidR="00FD0AF7" w:rsidRPr="00F4323A" w:rsidRDefault="00FD0AF7" w:rsidP="00FD0AF7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Гродненская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область</w:t>
            </w:r>
            <w:proofErr w:type="spellEnd"/>
          </w:p>
        </w:tc>
        <w:tc>
          <w:tcPr>
            <w:tcW w:w="2376" w:type="dxa"/>
            <w:shd w:val="clear" w:color="auto" w:fill="F5F5F5"/>
            <w:vAlign w:val="center"/>
          </w:tcPr>
          <w:p w14:paraId="66223703" w14:textId="72509EDA" w:rsidR="00FD0AF7" w:rsidRPr="00F4323A" w:rsidRDefault="00FD0AF7" w:rsidP="00FD0AF7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Жук Матвей Александрович</w:t>
            </w:r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br/>
              <w:t>Жук Егор Александрович</w:t>
            </w:r>
          </w:p>
        </w:tc>
        <w:tc>
          <w:tcPr>
            <w:tcW w:w="644" w:type="dxa"/>
            <w:shd w:val="clear" w:color="auto" w:fill="F5F5F5"/>
            <w:vAlign w:val="center"/>
          </w:tcPr>
          <w:p w14:paraId="49A55125" w14:textId="19EB0437" w:rsidR="00FD0AF7" w:rsidRPr="00F4323A" w:rsidRDefault="00FD0AF7" w:rsidP="00FD0AF7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544" w:type="dxa"/>
            <w:shd w:val="clear" w:color="auto" w:fill="F5F5F5"/>
            <w:vAlign w:val="center"/>
          </w:tcPr>
          <w:p w14:paraId="6626D739" w14:textId="38E76824" w:rsidR="00FD0AF7" w:rsidRPr="00F4323A" w:rsidRDefault="00FD0AF7" w:rsidP="00FD0AF7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ГУО </w:t>
            </w:r>
            <w:r w:rsidR="00203833"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Средняя школа №2 г. Слонима</w:t>
            </w:r>
            <w:r w:rsidR="00203833"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»</w:t>
            </w:r>
          </w:p>
        </w:tc>
        <w:tc>
          <w:tcPr>
            <w:tcW w:w="668" w:type="dxa"/>
            <w:shd w:val="clear" w:color="auto" w:fill="F5F5F5"/>
            <w:vAlign w:val="center"/>
          </w:tcPr>
          <w:p w14:paraId="7B1B9D4A" w14:textId="02B229B6" w:rsidR="00FD0AF7" w:rsidRPr="00F4323A" w:rsidRDefault="00FF7832" w:rsidP="00FD0AF7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color w:val="646464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b/>
                <w:color w:val="646464"/>
                <w:sz w:val="16"/>
                <w:szCs w:val="16"/>
              </w:rPr>
              <w:t>3</w:t>
            </w:r>
          </w:p>
        </w:tc>
        <w:tc>
          <w:tcPr>
            <w:tcW w:w="2545" w:type="dxa"/>
            <w:shd w:val="clear" w:color="auto" w:fill="F5F5F5"/>
            <w:vAlign w:val="center"/>
          </w:tcPr>
          <w:p w14:paraId="6D6E1C30" w14:textId="675CA453" w:rsidR="00FD0AF7" w:rsidRPr="00F4323A" w:rsidRDefault="00FD0AF7" w:rsidP="00FD0AF7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Ломако Олеся Юрьевна, учитель Информатики ГУО </w:t>
            </w:r>
            <w:r w:rsidR="00203833"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Средняя школа №2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г.Слонима</w:t>
            </w:r>
            <w:proofErr w:type="spellEnd"/>
            <w:r w:rsidR="00203833"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»</w:t>
            </w:r>
          </w:p>
        </w:tc>
      </w:tr>
    </w:tbl>
    <w:p w14:paraId="4205F60F" w14:textId="77777777" w:rsidR="006A0C2D" w:rsidRPr="00F4323A" w:rsidRDefault="006A0C2D">
      <w:pPr>
        <w:spacing w:before="120" w:after="40"/>
        <w:rPr>
          <w:rFonts w:ascii="Times New Roman" w:hAnsi="Times New Roman" w:cs="Times New Roman"/>
          <w:b/>
          <w:color w:val="1F4E79"/>
          <w:sz w:val="20"/>
          <w:lang w:val="ru-RU"/>
        </w:rPr>
      </w:pPr>
    </w:p>
    <w:p w14:paraId="08D44ADE" w14:textId="06687587" w:rsidR="00746F27" w:rsidRPr="00F4323A" w:rsidRDefault="007427FF">
      <w:pPr>
        <w:spacing w:before="120" w:after="40"/>
        <w:rPr>
          <w:rFonts w:ascii="Times New Roman" w:hAnsi="Times New Roman" w:cs="Times New Roman"/>
          <w:lang w:val="ru-RU"/>
        </w:rPr>
      </w:pPr>
      <w:r w:rsidRPr="00F4323A">
        <w:rPr>
          <w:rFonts w:ascii="Times New Roman" w:hAnsi="Times New Roman" w:cs="Times New Roman"/>
          <w:b/>
          <w:color w:val="1F4E79"/>
          <w:sz w:val="20"/>
          <w:lang w:val="ru-RU"/>
        </w:rPr>
        <w:lastRenderedPageBreak/>
        <w:t xml:space="preserve">Номинация 6: Архитектурная визуализация </w:t>
      </w:r>
      <w:r w:rsidR="00203833" w:rsidRPr="00F4323A">
        <w:rPr>
          <w:rFonts w:ascii="Times New Roman" w:hAnsi="Times New Roman" w:cs="Times New Roman"/>
          <w:b/>
          <w:color w:val="1F4E79"/>
          <w:sz w:val="20"/>
          <w:lang w:val="ru-RU"/>
        </w:rPr>
        <w:t>«</w:t>
      </w:r>
      <w:r w:rsidRPr="00F4323A">
        <w:rPr>
          <w:rFonts w:ascii="Times New Roman" w:hAnsi="Times New Roman" w:cs="Times New Roman"/>
          <w:b/>
          <w:color w:val="1F4E79"/>
          <w:sz w:val="20"/>
          <w:lang w:val="ru-RU"/>
        </w:rPr>
        <w:t>Арт-объект</w:t>
      </w:r>
      <w:r w:rsidR="00203833" w:rsidRPr="00F4323A">
        <w:rPr>
          <w:rFonts w:ascii="Times New Roman" w:hAnsi="Times New Roman" w:cs="Times New Roman"/>
          <w:b/>
          <w:color w:val="1F4E79"/>
          <w:sz w:val="20"/>
          <w:lang w:val="ru-RU"/>
        </w:rPr>
        <w:t>»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96"/>
        <w:gridCol w:w="1555"/>
        <w:gridCol w:w="2310"/>
        <w:gridCol w:w="644"/>
        <w:gridCol w:w="2470"/>
        <w:gridCol w:w="668"/>
        <w:gridCol w:w="2487"/>
      </w:tblGrid>
      <w:tr w:rsidR="00746F27" w:rsidRPr="00F4323A" w14:paraId="3164F135" w14:textId="77777777" w:rsidTr="00FC601A">
        <w:tc>
          <w:tcPr>
            <w:tcW w:w="397" w:type="dxa"/>
            <w:shd w:val="clear" w:color="auto" w:fill="1F4E79"/>
            <w:vAlign w:val="center"/>
          </w:tcPr>
          <w:p w14:paraId="5348DD45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№</w:t>
            </w:r>
          </w:p>
        </w:tc>
        <w:tc>
          <w:tcPr>
            <w:tcW w:w="1584" w:type="dxa"/>
            <w:shd w:val="clear" w:color="auto" w:fill="1F4E79"/>
            <w:vAlign w:val="center"/>
          </w:tcPr>
          <w:p w14:paraId="2D5D89DE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Регион</w:t>
            </w:r>
            <w:proofErr w:type="spellEnd"/>
          </w:p>
        </w:tc>
        <w:tc>
          <w:tcPr>
            <w:tcW w:w="2374" w:type="dxa"/>
            <w:shd w:val="clear" w:color="auto" w:fill="1F4E79"/>
            <w:vAlign w:val="center"/>
          </w:tcPr>
          <w:p w14:paraId="787ECF67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 xml:space="preserve">ФИО </w:t>
            </w: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участника</w:t>
            </w:r>
            <w:proofErr w:type="spellEnd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(</w:t>
            </w: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ов</w:t>
            </w:r>
            <w:proofErr w:type="spellEnd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)</w:t>
            </w:r>
          </w:p>
        </w:tc>
        <w:tc>
          <w:tcPr>
            <w:tcW w:w="644" w:type="dxa"/>
            <w:shd w:val="clear" w:color="auto" w:fill="1F4E79"/>
            <w:vAlign w:val="center"/>
          </w:tcPr>
          <w:p w14:paraId="33E7A6BE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Класс</w:t>
            </w:r>
            <w:proofErr w:type="spellEnd"/>
          </w:p>
        </w:tc>
        <w:tc>
          <w:tcPr>
            <w:tcW w:w="2544" w:type="dxa"/>
            <w:shd w:val="clear" w:color="auto" w:fill="1F4E79"/>
            <w:vAlign w:val="center"/>
          </w:tcPr>
          <w:p w14:paraId="58F49878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Учреждение</w:t>
            </w:r>
            <w:proofErr w:type="spellEnd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образования</w:t>
            </w:r>
            <w:proofErr w:type="spellEnd"/>
          </w:p>
        </w:tc>
        <w:tc>
          <w:tcPr>
            <w:tcW w:w="668" w:type="dxa"/>
            <w:shd w:val="clear" w:color="auto" w:fill="1F4E79"/>
            <w:vAlign w:val="center"/>
          </w:tcPr>
          <w:p w14:paraId="3A8A1E71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Место</w:t>
            </w:r>
            <w:proofErr w:type="spellEnd"/>
          </w:p>
        </w:tc>
        <w:tc>
          <w:tcPr>
            <w:tcW w:w="2545" w:type="dxa"/>
            <w:shd w:val="clear" w:color="auto" w:fill="1F4E79"/>
            <w:vAlign w:val="center"/>
          </w:tcPr>
          <w:p w14:paraId="5FBEAFA3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Руководитель</w:t>
            </w:r>
            <w:proofErr w:type="spellEnd"/>
          </w:p>
        </w:tc>
      </w:tr>
      <w:tr w:rsidR="00FC601A" w:rsidRPr="00C629D5" w14:paraId="7F7316D4" w14:textId="77777777" w:rsidTr="00FC601A">
        <w:tc>
          <w:tcPr>
            <w:tcW w:w="397" w:type="dxa"/>
            <w:shd w:val="clear" w:color="auto" w:fill="FFF9E6"/>
            <w:vAlign w:val="center"/>
          </w:tcPr>
          <w:p w14:paraId="088654CD" w14:textId="2DACE82F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584" w:type="dxa"/>
            <w:shd w:val="clear" w:color="auto" w:fill="FFF9E6"/>
            <w:vAlign w:val="center"/>
          </w:tcPr>
          <w:p w14:paraId="246FE815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Витебская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область</w:t>
            </w:r>
            <w:proofErr w:type="spellEnd"/>
          </w:p>
        </w:tc>
        <w:tc>
          <w:tcPr>
            <w:tcW w:w="2374" w:type="dxa"/>
            <w:shd w:val="clear" w:color="auto" w:fill="FFF9E6"/>
            <w:vAlign w:val="center"/>
          </w:tcPr>
          <w:p w14:paraId="74273C87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Чумак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Карина</w:t>
            </w:r>
            <w:proofErr w:type="spellEnd"/>
          </w:p>
        </w:tc>
        <w:tc>
          <w:tcPr>
            <w:tcW w:w="644" w:type="dxa"/>
            <w:shd w:val="clear" w:color="auto" w:fill="FFF9E6"/>
            <w:vAlign w:val="center"/>
          </w:tcPr>
          <w:p w14:paraId="2049EB26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2544" w:type="dxa"/>
            <w:shd w:val="clear" w:color="auto" w:fill="FFF9E6"/>
            <w:vAlign w:val="center"/>
          </w:tcPr>
          <w:p w14:paraId="4ECEDE0E" w14:textId="4AAEA834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ГУО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Средняя школа № 34 г. Витебска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</w:p>
        </w:tc>
        <w:tc>
          <w:tcPr>
            <w:tcW w:w="668" w:type="dxa"/>
            <w:shd w:val="clear" w:color="auto" w:fill="FFF9E6"/>
            <w:vAlign w:val="center"/>
          </w:tcPr>
          <w:p w14:paraId="7129A356" w14:textId="77777777" w:rsidR="00FC601A" w:rsidRPr="00F4323A" w:rsidRDefault="00FC601A" w:rsidP="00FC601A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B8860B"/>
                <w:sz w:val="16"/>
              </w:rPr>
              <w:t>1</w:t>
            </w:r>
          </w:p>
        </w:tc>
        <w:tc>
          <w:tcPr>
            <w:tcW w:w="2545" w:type="dxa"/>
            <w:shd w:val="clear" w:color="auto" w:fill="FFF9E6"/>
            <w:vAlign w:val="center"/>
          </w:tcPr>
          <w:p w14:paraId="656C1BCB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Максименкова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 Ирина Андреевна, педагог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доп.обр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.</w:t>
            </w:r>
          </w:p>
        </w:tc>
      </w:tr>
      <w:tr w:rsidR="00FC601A" w:rsidRPr="00C629D5" w14:paraId="2438779B" w14:textId="77777777" w:rsidTr="00FC601A">
        <w:tc>
          <w:tcPr>
            <w:tcW w:w="397" w:type="dxa"/>
            <w:shd w:val="clear" w:color="auto" w:fill="F5F5F5"/>
            <w:vAlign w:val="center"/>
          </w:tcPr>
          <w:p w14:paraId="7D3FCC48" w14:textId="7F0458EE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584" w:type="dxa"/>
            <w:shd w:val="clear" w:color="auto" w:fill="F5F5F5"/>
            <w:vAlign w:val="center"/>
          </w:tcPr>
          <w:p w14:paraId="138CDD5F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Гродненская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область</w:t>
            </w:r>
            <w:proofErr w:type="spellEnd"/>
          </w:p>
        </w:tc>
        <w:tc>
          <w:tcPr>
            <w:tcW w:w="2374" w:type="dxa"/>
            <w:shd w:val="clear" w:color="auto" w:fill="F5F5F5"/>
            <w:vAlign w:val="center"/>
          </w:tcPr>
          <w:p w14:paraId="1E1538B1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Опалейчук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Ярослав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Александрович</w:t>
            </w:r>
            <w:proofErr w:type="spellEnd"/>
          </w:p>
        </w:tc>
        <w:tc>
          <w:tcPr>
            <w:tcW w:w="644" w:type="dxa"/>
            <w:shd w:val="clear" w:color="auto" w:fill="F5F5F5"/>
            <w:vAlign w:val="center"/>
          </w:tcPr>
          <w:p w14:paraId="2F2C941A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2544" w:type="dxa"/>
            <w:shd w:val="clear" w:color="auto" w:fill="F5F5F5"/>
            <w:vAlign w:val="center"/>
          </w:tcPr>
          <w:p w14:paraId="39310D81" w14:textId="4A2FB2A6" w:rsidR="007B64A1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sz w:val="16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ГУО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Центр творчества детей и молодежи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Спектр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 г. Гродно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</w:p>
          <w:p w14:paraId="5C3A6CF4" w14:textId="0C5E4016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ГУО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Гимназия №2 имени И.В. Болдина г. Гродно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</w:p>
        </w:tc>
        <w:tc>
          <w:tcPr>
            <w:tcW w:w="668" w:type="dxa"/>
            <w:shd w:val="clear" w:color="auto" w:fill="F5F5F5"/>
            <w:vAlign w:val="center"/>
          </w:tcPr>
          <w:p w14:paraId="4872BFBB" w14:textId="77777777" w:rsidR="00FC601A" w:rsidRPr="00F4323A" w:rsidRDefault="00FC601A" w:rsidP="00FC601A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646464"/>
                <w:sz w:val="16"/>
              </w:rPr>
              <w:t>2</w:t>
            </w:r>
          </w:p>
        </w:tc>
        <w:tc>
          <w:tcPr>
            <w:tcW w:w="2545" w:type="dxa"/>
            <w:shd w:val="clear" w:color="auto" w:fill="F5F5F5"/>
            <w:vAlign w:val="center"/>
          </w:tcPr>
          <w:p w14:paraId="753242C5" w14:textId="27A1429D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Ануфриева Валерия Александровна, педагог дополнительного образования ГУО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Центр творчества детей и молодежи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Спектр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г.Гродно</w:t>
            </w:r>
            <w:proofErr w:type="spellEnd"/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</w:p>
        </w:tc>
      </w:tr>
      <w:tr w:rsidR="00FC601A" w:rsidRPr="00F4323A" w14:paraId="4CB922F6" w14:textId="77777777" w:rsidTr="00FC601A">
        <w:tc>
          <w:tcPr>
            <w:tcW w:w="397" w:type="dxa"/>
            <w:shd w:val="clear" w:color="auto" w:fill="FFF0E0"/>
            <w:vAlign w:val="center"/>
          </w:tcPr>
          <w:p w14:paraId="2551287D" w14:textId="4B435329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584" w:type="dxa"/>
            <w:shd w:val="clear" w:color="auto" w:fill="FFF0E0"/>
            <w:vAlign w:val="center"/>
          </w:tcPr>
          <w:p w14:paraId="358AF936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sz w:val="16"/>
              </w:rPr>
              <w:t xml:space="preserve">г.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Минск</w:t>
            </w:r>
            <w:proofErr w:type="spellEnd"/>
          </w:p>
        </w:tc>
        <w:tc>
          <w:tcPr>
            <w:tcW w:w="2374" w:type="dxa"/>
            <w:shd w:val="clear" w:color="auto" w:fill="FFF0E0"/>
            <w:vAlign w:val="center"/>
          </w:tcPr>
          <w:p w14:paraId="2F875021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Данильчик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Денис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Алексеевич</w:t>
            </w:r>
            <w:proofErr w:type="spellEnd"/>
          </w:p>
        </w:tc>
        <w:tc>
          <w:tcPr>
            <w:tcW w:w="644" w:type="dxa"/>
            <w:shd w:val="clear" w:color="auto" w:fill="FFF0E0"/>
            <w:vAlign w:val="center"/>
          </w:tcPr>
          <w:p w14:paraId="7519CEB6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2544" w:type="dxa"/>
            <w:shd w:val="clear" w:color="auto" w:fill="FFF0E0"/>
            <w:vAlign w:val="center"/>
          </w:tcPr>
          <w:p w14:paraId="7A1C1C51" w14:textId="1B3FAC83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ГУО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ЦДОДиМ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Ветразь</w:t>
            </w:r>
            <w:proofErr w:type="spellEnd"/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, ОИ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Юный исследователь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</w:p>
        </w:tc>
        <w:tc>
          <w:tcPr>
            <w:tcW w:w="668" w:type="dxa"/>
            <w:shd w:val="clear" w:color="auto" w:fill="FFF0E0"/>
            <w:vAlign w:val="center"/>
          </w:tcPr>
          <w:p w14:paraId="2377478A" w14:textId="77777777" w:rsidR="00FC601A" w:rsidRPr="00F4323A" w:rsidRDefault="00FC601A" w:rsidP="00FC601A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8B5A2B"/>
                <w:sz w:val="16"/>
              </w:rPr>
              <w:t>3</w:t>
            </w:r>
          </w:p>
        </w:tc>
        <w:tc>
          <w:tcPr>
            <w:tcW w:w="2545" w:type="dxa"/>
            <w:shd w:val="clear" w:color="auto" w:fill="FFF0E0"/>
            <w:vAlign w:val="center"/>
          </w:tcPr>
          <w:p w14:paraId="32003334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Горлина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О.З.+375293367974</w:t>
            </w:r>
          </w:p>
        </w:tc>
      </w:tr>
    </w:tbl>
    <w:p w14:paraId="757F25BC" w14:textId="5B1A3B08" w:rsidR="00746F27" w:rsidRPr="00F4323A" w:rsidRDefault="007427FF">
      <w:pPr>
        <w:spacing w:before="120" w:after="40"/>
        <w:rPr>
          <w:rFonts w:ascii="Times New Roman" w:hAnsi="Times New Roman" w:cs="Times New Roman"/>
        </w:rPr>
      </w:pPr>
      <w:proofErr w:type="spellStart"/>
      <w:r w:rsidRPr="00F4323A">
        <w:rPr>
          <w:rFonts w:ascii="Times New Roman" w:hAnsi="Times New Roman" w:cs="Times New Roman"/>
          <w:b/>
          <w:color w:val="1F4E79"/>
          <w:sz w:val="20"/>
        </w:rPr>
        <w:t>Номинация</w:t>
      </w:r>
      <w:proofErr w:type="spellEnd"/>
      <w:r w:rsidRPr="00F4323A">
        <w:rPr>
          <w:rFonts w:ascii="Times New Roman" w:hAnsi="Times New Roman" w:cs="Times New Roman"/>
          <w:b/>
          <w:color w:val="1F4E79"/>
          <w:sz w:val="20"/>
        </w:rPr>
        <w:t xml:space="preserve"> 7: </w:t>
      </w:r>
      <w:proofErr w:type="spellStart"/>
      <w:r w:rsidRPr="00F4323A">
        <w:rPr>
          <w:rFonts w:ascii="Times New Roman" w:hAnsi="Times New Roman" w:cs="Times New Roman"/>
          <w:b/>
          <w:color w:val="1F4E79"/>
          <w:sz w:val="20"/>
        </w:rPr>
        <w:t>Архитектурная</w:t>
      </w:r>
      <w:proofErr w:type="spellEnd"/>
      <w:r w:rsidRPr="00F4323A">
        <w:rPr>
          <w:rFonts w:ascii="Times New Roman" w:hAnsi="Times New Roman" w:cs="Times New Roman"/>
          <w:b/>
          <w:color w:val="1F4E79"/>
          <w:sz w:val="20"/>
        </w:rPr>
        <w:t xml:space="preserve"> </w:t>
      </w:r>
      <w:proofErr w:type="spellStart"/>
      <w:r w:rsidRPr="00F4323A">
        <w:rPr>
          <w:rFonts w:ascii="Times New Roman" w:hAnsi="Times New Roman" w:cs="Times New Roman"/>
          <w:b/>
          <w:color w:val="1F4E79"/>
          <w:sz w:val="20"/>
        </w:rPr>
        <w:t>визуализация</w:t>
      </w:r>
      <w:proofErr w:type="spellEnd"/>
      <w:r w:rsidRPr="00F4323A">
        <w:rPr>
          <w:rFonts w:ascii="Times New Roman" w:hAnsi="Times New Roman" w:cs="Times New Roman"/>
          <w:b/>
          <w:color w:val="1F4E79"/>
          <w:sz w:val="20"/>
        </w:rPr>
        <w:t xml:space="preserve"> </w:t>
      </w:r>
      <w:r w:rsidR="00203833" w:rsidRPr="00F4323A">
        <w:rPr>
          <w:rFonts w:ascii="Times New Roman" w:hAnsi="Times New Roman" w:cs="Times New Roman"/>
          <w:b/>
          <w:color w:val="1F4E79"/>
          <w:sz w:val="20"/>
        </w:rPr>
        <w:t>«</w:t>
      </w:r>
      <w:proofErr w:type="spellStart"/>
      <w:r w:rsidRPr="00F4323A">
        <w:rPr>
          <w:rFonts w:ascii="Times New Roman" w:hAnsi="Times New Roman" w:cs="Times New Roman"/>
          <w:b/>
          <w:color w:val="1F4E79"/>
          <w:sz w:val="20"/>
        </w:rPr>
        <w:t>Павильон</w:t>
      </w:r>
      <w:proofErr w:type="spellEnd"/>
      <w:r w:rsidR="00203833" w:rsidRPr="00F4323A">
        <w:rPr>
          <w:rFonts w:ascii="Times New Roman" w:hAnsi="Times New Roman" w:cs="Times New Roman"/>
          <w:b/>
          <w:color w:val="1F4E79"/>
          <w:sz w:val="20"/>
        </w:rPr>
        <w:t>»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96"/>
        <w:gridCol w:w="1558"/>
        <w:gridCol w:w="2318"/>
        <w:gridCol w:w="644"/>
        <w:gridCol w:w="2471"/>
        <w:gridCol w:w="668"/>
        <w:gridCol w:w="2475"/>
      </w:tblGrid>
      <w:tr w:rsidR="00746F27" w:rsidRPr="00F4323A" w14:paraId="0354435E" w14:textId="77777777" w:rsidTr="00FC601A">
        <w:tc>
          <w:tcPr>
            <w:tcW w:w="397" w:type="dxa"/>
            <w:shd w:val="clear" w:color="auto" w:fill="1F4E79"/>
            <w:vAlign w:val="center"/>
          </w:tcPr>
          <w:p w14:paraId="29D78C7E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№</w:t>
            </w:r>
          </w:p>
        </w:tc>
        <w:tc>
          <w:tcPr>
            <w:tcW w:w="1584" w:type="dxa"/>
            <w:shd w:val="clear" w:color="auto" w:fill="1F4E79"/>
            <w:vAlign w:val="center"/>
          </w:tcPr>
          <w:p w14:paraId="4D358687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Регион</w:t>
            </w:r>
            <w:proofErr w:type="spellEnd"/>
          </w:p>
        </w:tc>
        <w:tc>
          <w:tcPr>
            <w:tcW w:w="2375" w:type="dxa"/>
            <w:shd w:val="clear" w:color="auto" w:fill="1F4E79"/>
            <w:vAlign w:val="center"/>
          </w:tcPr>
          <w:p w14:paraId="1976D132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 xml:space="preserve">ФИО </w:t>
            </w: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участника</w:t>
            </w:r>
            <w:proofErr w:type="spellEnd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(</w:t>
            </w: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ов</w:t>
            </w:r>
            <w:proofErr w:type="spellEnd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)</w:t>
            </w:r>
          </w:p>
        </w:tc>
        <w:tc>
          <w:tcPr>
            <w:tcW w:w="644" w:type="dxa"/>
            <w:shd w:val="clear" w:color="auto" w:fill="1F4E79"/>
            <w:vAlign w:val="center"/>
          </w:tcPr>
          <w:p w14:paraId="7E443112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Класс</w:t>
            </w:r>
            <w:proofErr w:type="spellEnd"/>
          </w:p>
        </w:tc>
        <w:tc>
          <w:tcPr>
            <w:tcW w:w="2544" w:type="dxa"/>
            <w:shd w:val="clear" w:color="auto" w:fill="1F4E79"/>
            <w:vAlign w:val="center"/>
          </w:tcPr>
          <w:p w14:paraId="191B6B70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Учреждение</w:t>
            </w:r>
            <w:proofErr w:type="spellEnd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образования</w:t>
            </w:r>
            <w:proofErr w:type="spellEnd"/>
          </w:p>
        </w:tc>
        <w:tc>
          <w:tcPr>
            <w:tcW w:w="668" w:type="dxa"/>
            <w:shd w:val="clear" w:color="auto" w:fill="1F4E79"/>
            <w:vAlign w:val="center"/>
          </w:tcPr>
          <w:p w14:paraId="4BF570BE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Место</w:t>
            </w:r>
            <w:proofErr w:type="spellEnd"/>
          </w:p>
        </w:tc>
        <w:tc>
          <w:tcPr>
            <w:tcW w:w="2544" w:type="dxa"/>
            <w:shd w:val="clear" w:color="auto" w:fill="1F4E79"/>
            <w:vAlign w:val="center"/>
          </w:tcPr>
          <w:p w14:paraId="21F306B0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Руководитель</w:t>
            </w:r>
            <w:proofErr w:type="spellEnd"/>
          </w:p>
        </w:tc>
      </w:tr>
      <w:tr w:rsidR="00FC601A" w:rsidRPr="00C629D5" w14:paraId="7D24EB1B" w14:textId="77777777" w:rsidTr="00FC601A">
        <w:tc>
          <w:tcPr>
            <w:tcW w:w="397" w:type="dxa"/>
            <w:shd w:val="clear" w:color="auto" w:fill="FFF9E6"/>
            <w:vAlign w:val="center"/>
          </w:tcPr>
          <w:p w14:paraId="52A90DD1" w14:textId="3C119392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584" w:type="dxa"/>
            <w:shd w:val="clear" w:color="auto" w:fill="FFF9E6"/>
            <w:vAlign w:val="center"/>
          </w:tcPr>
          <w:p w14:paraId="3A83EC43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Гродненская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область</w:t>
            </w:r>
            <w:proofErr w:type="spellEnd"/>
          </w:p>
        </w:tc>
        <w:tc>
          <w:tcPr>
            <w:tcW w:w="2375" w:type="dxa"/>
            <w:shd w:val="clear" w:color="auto" w:fill="FFF9E6"/>
            <w:vAlign w:val="center"/>
          </w:tcPr>
          <w:p w14:paraId="720B8EF1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Онуфреня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Степан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Николаевич</w:t>
            </w:r>
            <w:proofErr w:type="spellEnd"/>
          </w:p>
        </w:tc>
        <w:tc>
          <w:tcPr>
            <w:tcW w:w="644" w:type="dxa"/>
            <w:shd w:val="clear" w:color="auto" w:fill="FFF9E6"/>
            <w:vAlign w:val="center"/>
          </w:tcPr>
          <w:p w14:paraId="4077B421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2544" w:type="dxa"/>
            <w:shd w:val="clear" w:color="auto" w:fill="FFF9E6"/>
            <w:vAlign w:val="center"/>
          </w:tcPr>
          <w:p w14:paraId="4B462423" w14:textId="4084C08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ГУО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Средняя школа №4 имени П.И. Батова г. Слонима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</w:p>
        </w:tc>
        <w:tc>
          <w:tcPr>
            <w:tcW w:w="668" w:type="dxa"/>
            <w:shd w:val="clear" w:color="auto" w:fill="FFF9E6"/>
            <w:vAlign w:val="center"/>
          </w:tcPr>
          <w:p w14:paraId="5CE53DDC" w14:textId="77777777" w:rsidR="00FC601A" w:rsidRPr="00F4323A" w:rsidRDefault="00FC601A" w:rsidP="00FC601A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B8860B"/>
                <w:sz w:val="16"/>
              </w:rPr>
              <w:t>1</w:t>
            </w:r>
          </w:p>
        </w:tc>
        <w:tc>
          <w:tcPr>
            <w:tcW w:w="2544" w:type="dxa"/>
            <w:shd w:val="clear" w:color="auto" w:fill="FFF9E6"/>
            <w:vAlign w:val="center"/>
          </w:tcPr>
          <w:p w14:paraId="61831762" w14:textId="77CE622B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Малявская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 Анна Сергеевна, учитель информатики ГУО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Средняя школа №4 имени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П.И.Батова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г.Слонима</w:t>
            </w:r>
            <w:proofErr w:type="spellEnd"/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</w:p>
        </w:tc>
      </w:tr>
      <w:tr w:rsidR="00FC601A" w:rsidRPr="00F4323A" w14:paraId="50AA4B86" w14:textId="77777777" w:rsidTr="00FC601A">
        <w:tc>
          <w:tcPr>
            <w:tcW w:w="397" w:type="dxa"/>
            <w:shd w:val="clear" w:color="auto" w:fill="F5F5F5"/>
            <w:vAlign w:val="center"/>
          </w:tcPr>
          <w:p w14:paraId="0C5C6937" w14:textId="6E5F8A8C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584" w:type="dxa"/>
            <w:shd w:val="clear" w:color="auto" w:fill="F5F5F5"/>
            <w:vAlign w:val="center"/>
          </w:tcPr>
          <w:p w14:paraId="503D26F1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Витебская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область</w:t>
            </w:r>
            <w:proofErr w:type="spellEnd"/>
          </w:p>
        </w:tc>
        <w:tc>
          <w:tcPr>
            <w:tcW w:w="2375" w:type="dxa"/>
            <w:shd w:val="clear" w:color="auto" w:fill="F5F5F5"/>
            <w:vAlign w:val="center"/>
          </w:tcPr>
          <w:p w14:paraId="550BBBB9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Зуев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Илиан</w:t>
            </w:r>
            <w:proofErr w:type="spellEnd"/>
          </w:p>
        </w:tc>
        <w:tc>
          <w:tcPr>
            <w:tcW w:w="644" w:type="dxa"/>
            <w:shd w:val="clear" w:color="auto" w:fill="F5F5F5"/>
            <w:vAlign w:val="center"/>
          </w:tcPr>
          <w:p w14:paraId="3E2D8FAF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2544" w:type="dxa"/>
            <w:shd w:val="clear" w:color="auto" w:fill="F5F5F5"/>
            <w:vAlign w:val="center"/>
          </w:tcPr>
          <w:p w14:paraId="74EE007E" w14:textId="62785A9A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ГУО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Средняя школа №14 имени М.С. Гриневича г. Полоцка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</w:p>
        </w:tc>
        <w:tc>
          <w:tcPr>
            <w:tcW w:w="668" w:type="dxa"/>
            <w:shd w:val="clear" w:color="auto" w:fill="F5F5F5"/>
            <w:vAlign w:val="center"/>
          </w:tcPr>
          <w:p w14:paraId="6995CC65" w14:textId="77777777" w:rsidR="00FC601A" w:rsidRPr="00F4323A" w:rsidRDefault="00FC601A" w:rsidP="00FC601A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646464"/>
                <w:sz w:val="16"/>
              </w:rPr>
              <w:t>2</w:t>
            </w:r>
          </w:p>
        </w:tc>
        <w:tc>
          <w:tcPr>
            <w:tcW w:w="2544" w:type="dxa"/>
            <w:shd w:val="clear" w:color="auto" w:fill="F5F5F5"/>
            <w:vAlign w:val="center"/>
          </w:tcPr>
          <w:p w14:paraId="32CF2AD0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Тальвинская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Наталья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Викторовна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,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учитель</w:t>
            </w:r>
            <w:proofErr w:type="spellEnd"/>
          </w:p>
        </w:tc>
      </w:tr>
      <w:tr w:rsidR="00FC601A" w:rsidRPr="00C629D5" w14:paraId="5D24F315" w14:textId="77777777" w:rsidTr="00FC601A">
        <w:tc>
          <w:tcPr>
            <w:tcW w:w="397" w:type="dxa"/>
            <w:shd w:val="clear" w:color="auto" w:fill="FFF0E0"/>
            <w:vAlign w:val="center"/>
          </w:tcPr>
          <w:p w14:paraId="302024FA" w14:textId="2641A695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584" w:type="dxa"/>
            <w:shd w:val="clear" w:color="auto" w:fill="FFF0E0"/>
            <w:vAlign w:val="center"/>
          </w:tcPr>
          <w:p w14:paraId="5C3767BB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Могилёвская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область</w:t>
            </w:r>
            <w:proofErr w:type="spellEnd"/>
          </w:p>
        </w:tc>
        <w:tc>
          <w:tcPr>
            <w:tcW w:w="2375" w:type="dxa"/>
            <w:shd w:val="clear" w:color="auto" w:fill="FFF0E0"/>
            <w:vAlign w:val="center"/>
          </w:tcPr>
          <w:p w14:paraId="549353C3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Короткевич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Глеб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Константинович</w:t>
            </w:r>
            <w:proofErr w:type="spellEnd"/>
          </w:p>
        </w:tc>
        <w:tc>
          <w:tcPr>
            <w:tcW w:w="644" w:type="dxa"/>
            <w:shd w:val="clear" w:color="auto" w:fill="FFF0E0"/>
            <w:vAlign w:val="center"/>
          </w:tcPr>
          <w:p w14:paraId="33015015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2544" w:type="dxa"/>
            <w:shd w:val="clear" w:color="auto" w:fill="FFF0E0"/>
            <w:vAlign w:val="center"/>
          </w:tcPr>
          <w:p w14:paraId="546A1337" w14:textId="6AA90A3F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ГУДО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Могилевский областной центр творчества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</w:p>
        </w:tc>
        <w:tc>
          <w:tcPr>
            <w:tcW w:w="668" w:type="dxa"/>
            <w:shd w:val="clear" w:color="auto" w:fill="FFF0E0"/>
            <w:vAlign w:val="center"/>
          </w:tcPr>
          <w:p w14:paraId="046FF9CE" w14:textId="77777777" w:rsidR="00FC601A" w:rsidRPr="00F4323A" w:rsidRDefault="00FC601A" w:rsidP="00FC601A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8B5A2B"/>
                <w:sz w:val="16"/>
              </w:rPr>
              <w:t>3</w:t>
            </w:r>
          </w:p>
        </w:tc>
        <w:tc>
          <w:tcPr>
            <w:tcW w:w="2544" w:type="dxa"/>
            <w:shd w:val="clear" w:color="auto" w:fill="FFF0E0"/>
            <w:vAlign w:val="center"/>
          </w:tcPr>
          <w:p w14:paraId="56CEF8A0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Волкова Ольга Александровна, педагог доп. образования Могилевского областного центра творчества, тел +375 29 7848915</w:t>
            </w:r>
          </w:p>
        </w:tc>
      </w:tr>
    </w:tbl>
    <w:p w14:paraId="6D8E481D" w14:textId="77777777" w:rsidR="00746F27" w:rsidRPr="00F4323A" w:rsidRDefault="007427FF">
      <w:pPr>
        <w:spacing w:before="120" w:after="40"/>
        <w:rPr>
          <w:rFonts w:ascii="Times New Roman" w:hAnsi="Times New Roman" w:cs="Times New Roman"/>
        </w:rPr>
      </w:pPr>
      <w:proofErr w:type="spellStart"/>
      <w:r w:rsidRPr="00F4323A">
        <w:rPr>
          <w:rFonts w:ascii="Times New Roman" w:hAnsi="Times New Roman" w:cs="Times New Roman"/>
          <w:b/>
          <w:color w:val="1F4E79"/>
          <w:sz w:val="20"/>
        </w:rPr>
        <w:t>Номинация</w:t>
      </w:r>
      <w:proofErr w:type="spellEnd"/>
      <w:r w:rsidRPr="00F4323A">
        <w:rPr>
          <w:rFonts w:ascii="Times New Roman" w:hAnsi="Times New Roman" w:cs="Times New Roman"/>
          <w:b/>
          <w:color w:val="1F4E79"/>
          <w:sz w:val="20"/>
        </w:rPr>
        <w:t xml:space="preserve"> 8: </w:t>
      </w:r>
      <w:proofErr w:type="spellStart"/>
      <w:r w:rsidRPr="00F4323A">
        <w:rPr>
          <w:rFonts w:ascii="Times New Roman" w:hAnsi="Times New Roman" w:cs="Times New Roman"/>
          <w:b/>
          <w:color w:val="1F4E79"/>
          <w:sz w:val="20"/>
        </w:rPr>
        <w:t>Моушн-дизайн</w:t>
      </w:r>
      <w:proofErr w:type="spellEnd"/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95"/>
        <w:gridCol w:w="1558"/>
        <w:gridCol w:w="2313"/>
        <w:gridCol w:w="644"/>
        <w:gridCol w:w="2471"/>
        <w:gridCol w:w="668"/>
        <w:gridCol w:w="2481"/>
      </w:tblGrid>
      <w:tr w:rsidR="00746F27" w:rsidRPr="00F4323A" w14:paraId="7FAE1571" w14:textId="77777777" w:rsidTr="00FC601A">
        <w:tc>
          <w:tcPr>
            <w:tcW w:w="397" w:type="dxa"/>
            <w:shd w:val="clear" w:color="auto" w:fill="1F4E79"/>
            <w:vAlign w:val="center"/>
          </w:tcPr>
          <w:p w14:paraId="0671786D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№</w:t>
            </w:r>
          </w:p>
        </w:tc>
        <w:tc>
          <w:tcPr>
            <w:tcW w:w="1584" w:type="dxa"/>
            <w:shd w:val="clear" w:color="auto" w:fill="1F4E79"/>
            <w:vAlign w:val="center"/>
          </w:tcPr>
          <w:p w14:paraId="4A2592B0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Регион</w:t>
            </w:r>
            <w:proofErr w:type="spellEnd"/>
          </w:p>
        </w:tc>
        <w:tc>
          <w:tcPr>
            <w:tcW w:w="2375" w:type="dxa"/>
            <w:shd w:val="clear" w:color="auto" w:fill="1F4E79"/>
            <w:vAlign w:val="center"/>
          </w:tcPr>
          <w:p w14:paraId="1E794068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 xml:space="preserve">ФИО </w:t>
            </w: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участника</w:t>
            </w:r>
            <w:proofErr w:type="spellEnd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(</w:t>
            </w: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ов</w:t>
            </w:r>
            <w:proofErr w:type="spellEnd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)</w:t>
            </w:r>
          </w:p>
        </w:tc>
        <w:tc>
          <w:tcPr>
            <w:tcW w:w="644" w:type="dxa"/>
            <w:shd w:val="clear" w:color="auto" w:fill="1F4E79"/>
            <w:vAlign w:val="center"/>
          </w:tcPr>
          <w:p w14:paraId="2CA8A0C9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Класс</w:t>
            </w:r>
            <w:proofErr w:type="spellEnd"/>
          </w:p>
        </w:tc>
        <w:tc>
          <w:tcPr>
            <w:tcW w:w="2544" w:type="dxa"/>
            <w:shd w:val="clear" w:color="auto" w:fill="1F4E79"/>
            <w:vAlign w:val="center"/>
          </w:tcPr>
          <w:p w14:paraId="5C2D120A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Учреждение</w:t>
            </w:r>
            <w:proofErr w:type="spellEnd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образования</w:t>
            </w:r>
            <w:proofErr w:type="spellEnd"/>
          </w:p>
        </w:tc>
        <w:tc>
          <w:tcPr>
            <w:tcW w:w="668" w:type="dxa"/>
            <w:shd w:val="clear" w:color="auto" w:fill="1F4E79"/>
            <w:vAlign w:val="center"/>
          </w:tcPr>
          <w:p w14:paraId="4819ED5D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Место</w:t>
            </w:r>
            <w:proofErr w:type="spellEnd"/>
          </w:p>
        </w:tc>
        <w:tc>
          <w:tcPr>
            <w:tcW w:w="2544" w:type="dxa"/>
            <w:shd w:val="clear" w:color="auto" w:fill="1F4E79"/>
            <w:vAlign w:val="center"/>
          </w:tcPr>
          <w:p w14:paraId="25B3D98F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Руководитель</w:t>
            </w:r>
            <w:proofErr w:type="spellEnd"/>
          </w:p>
        </w:tc>
      </w:tr>
      <w:tr w:rsidR="00FC601A" w:rsidRPr="00F4323A" w14:paraId="477F5747" w14:textId="77777777" w:rsidTr="00FC601A">
        <w:tc>
          <w:tcPr>
            <w:tcW w:w="397" w:type="dxa"/>
            <w:shd w:val="clear" w:color="auto" w:fill="FFF9E6"/>
            <w:vAlign w:val="center"/>
          </w:tcPr>
          <w:p w14:paraId="54798FBA" w14:textId="10E73DA4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584" w:type="dxa"/>
            <w:shd w:val="clear" w:color="auto" w:fill="FFF9E6"/>
            <w:vAlign w:val="center"/>
          </w:tcPr>
          <w:p w14:paraId="568BC030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Витебская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область</w:t>
            </w:r>
            <w:proofErr w:type="spellEnd"/>
          </w:p>
        </w:tc>
        <w:tc>
          <w:tcPr>
            <w:tcW w:w="2375" w:type="dxa"/>
            <w:shd w:val="clear" w:color="auto" w:fill="FFF9E6"/>
            <w:vAlign w:val="center"/>
          </w:tcPr>
          <w:p w14:paraId="4A58E7AD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Алиев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Назар</w:t>
            </w:r>
            <w:proofErr w:type="spellEnd"/>
          </w:p>
        </w:tc>
        <w:tc>
          <w:tcPr>
            <w:tcW w:w="644" w:type="dxa"/>
            <w:shd w:val="clear" w:color="auto" w:fill="FFF9E6"/>
            <w:vAlign w:val="center"/>
          </w:tcPr>
          <w:p w14:paraId="4FBCA373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2544" w:type="dxa"/>
            <w:shd w:val="clear" w:color="auto" w:fill="FFF9E6"/>
            <w:vAlign w:val="center"/>
          </w:tcPr>
          <w:p w14:paraId="12D7572F" w14:textId="519137C4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ГУО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Средняя школа №1 г. Докшицы имени И.С. Полевого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</w:p>
        </w:tc>
        <w:tc>
          <w:tcPr>
            <w:tcW w:w="668" w:type="dxa"/>
            <w:shd w:val="clear" w:color="auto" w:fill="FFF9E6"/>
            <w:vAlign w:val="center"/>
          </w:tcPr>
          <w:p w14:paraId="6A3868D5" w14:textId="77777777" w:rsidR="00FC601A" w:rsidRPr="00F4323A" w:rsidRDefault="00FC601A" w:rsidP="00FC601A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B8860B"/>
                <w:sz w:val="16"/>
              </w:rPr>
              <w:t>1</w:t>
            </w:r>
          </w:p>
        </w:tc>
        <w:tc>
          <w:tcPr>
            <w:tcW w:w="2544" w:type="dxa"/>
            <w:shd w:val="clear" w:color="auto" w:fill="FFF9E6"/>
            <w:vAlign w:val="center"/>
          </w:tcPr>
          <w:p w14:paraId="111AAD84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Стадольник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Анатолий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Юльянович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,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учитель</w:t>
            </w:r>
            <w:proofErr w:type="spellEnd"/>
          </w:p>
        </w:tc>
      </w:tr>
      <w:tr w:rsidR="00FC601A" w:rsidRPr="00C629D5" w14:paraId="70B73466" w14:textId="77777777" w:rsidTr="00FC601A">
        <w:tc>
          <w:tcPr>
            <w:tcW w:w="397" w:type="dxa"/>
            <w:shd w:val="clear" w:color="auto" w:fill="F5F5F5"/>
            <w:vAlign w:val="center"/>
          </w:tcPr>
          <w:p w14:paraId="7B440CB7" w14:textId="04958E6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584" w:type="dxa"/>
            <w:shd w:val="clear" w:color="auto" w:fill="F5F5F5"/>
            <w:vAlign w:val="center"/>
          </w:tcPr>
          <w:p w14:paraId="7CA8C515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Могилёвская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область</w:t>
            </w:r>
            <w:proofErr w:type="spellEnd"/>
          </w:p>
        </w:tc>
        <w:tc>
          <w:tcPr>
            <w:tcW w:w="2375" w:type="dxa"/>
            <w:shd w:val="clear" w:color="auto" w:fill="F5F5F5"/>
            <w:vAlign w:val="center"/>
          </w:tcPr>
          <w:p w14:paraId="719DB987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Волков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Даниил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Дмитриевич</w:t>
            </w:r>
            <w:proofErr w:type="spellEnd"/>
          </w:p>
        </w:tc>
        <w:tc>
          <w:tcPr>
            <w:tcW w:w="644" w:type="dxa"/>
            <w:shd w:val="clear" w:color="auto" w:fill="F5F5F5"/>
            <w:vAlign w:val="center"/>
          </w:tcPr>
          <w:p w14:paraId="4AE35678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2544" w:type="dxa"/>
            <w:shd w:val="clear" w:color="auto" w:fill="F5F5F5"/>
            <w:vAlign w:val="center"/>
          </w:tcPr>
          <w:p w14:paraId="0E791F20" w14:textId="10F4F36E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ГУДО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Могилевский областной центр творчества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</w:p>
        </w:tc>
        <w:tc>
          <w:tcPr>
            <w:tcW w:w="668" w:type="dxa"/>
            <w:shd w:val="clear" w:color="auto" w:fill="F5F5F5"/>
            <w:vAlign w:val="center"/>
          </w:tcPr>
          <w:p w14:paraId="57ABC6D2" w14:textId="77777777" w:rsidR="00FC601A" w:rsidRPr="00F4323A" w:rsidRDefault="00FC601A" w:rsidP="00FC601A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646464"/>
                <w:sz w:val="16"/>
              </w:rPr>
              <w:t>2</w:t>
            </w:r>
          </w:p>
        </w:tc>
        <w:tc>
          <w:tcPr>
            <w:tcW w:w="2544" w:type="dxa"/>
            <w:shd w:val="clear" w:color="auto" w:fill="F5F5F5"/>
            <w:vAlign w:val="center"/>
          </w:tcPr>
          <w:p w14:paraId="73F748F7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Волкова Ольга Александровна, педагог доп. образования Могилевского областного центра творчества, тел +375 29 7848915</w:t>
            </w:r>
          </w:p>
        </w:tc>
      </w:tr>
      <w:tr w:rsidR="00FC601A" w:rsidRPr="00C629D5" w14:paraId="0FED397B" w14:textId="77777777" w:rsidTr="00FC601A">
        <w:tc>
          <w:tcPr>
            <w:tcW w:w="397" w:type="dxa"/>
            <w:shd w:val="clear" w:color="auto" w:fill="FFF0E0"/>
            <w:vAlign w:val="center"/>
          </w:tcPr>
          <w:p w14:paraId="3F6212E2" w14:textId="1787D16D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584" w:type="dxa"/>
            <w:shd w:val="clear" w:color="auto" w:fill="FFF0E0"/>
            <w:vAlign w:val="center"/>
          </w:tcPr>
          <w:p w14:paraId="307B3C3F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Гродненская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область</w:t>
            </w:r>
            <w:proofErr w:type="spellEnd"/>
          </w:p>
        </w:tc>
        <w:tc>
          <w:tcPr>
            <w:tcW w:w="2375" w:type="dxa"/>
            <w:shd w:val="clear" w:color="auto" w:fill="FFF0E0"/>
            <w:vAlign w:val="center"/>
          </w:tcPr>
          <w:p w14:paraId="02C3160E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Войтович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Глеб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Дмитриевич</w:t>
            </w:r>
            <w:proofErr w:type="spellEnd"/>
          </w:p>
        </w:tc>
        <w:tc>
          <w:tcPr>
            <w:tcW w:w="644" w:type="dxa"/>
            <w:shd w:val="clear" w:color="auto" w:fill="FFF0E0"/>
            <w:vAlign w:val="center"/>
          </w:tcPr>
          <w:p w14:paraId="1131D069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2544" w:type="dxa"/>
            <w:shd w:val="clear" w:color="auto" w:fill="FFF0E0"/>
            <w:vAlign w:val="center"/>
          </w:tcPr>
          <w:p w14:paraId="0BD48C92" w14:textId="0A3D6EB4" w:rsidR="007B64A1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sz w:val="16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ГУО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Лидский районный центр творчества детей и молодежи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</w:p>
          <w:p w14:paraId="3F14FDE6" w14:textId="51425D3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ГУО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Средняя школа №12 г. Лиды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</w:p>
        </w:tc>
        <w:tc>
          <w:tcPr>
            <w:tcW w:w="668" w:type="dxa"/>
            <w:shd w:val="clear" w:color="auto" w:fill="FFF0E0"/>
            <w:vAlign w:val="center"/>
          </w:tcPr>
          <w:p w14:paraId="235D426A" w14:textId="77777777" w:rsidR="00FC601A" w:rsidRPr="00F4323A" w:rsidRDefault="00FC601A" w:rsidP="00FC601A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8B5A2B"/>
                <w:sz w:val="16"/>
              </w:rPr>
              <w:t>3</w:t>
            </w:r>
          </w:p>
        </w:tc>
        <w:tc>
          <w:tcPr>
            <w:tcW w:w="2544" w:type="dxa"/>
            <w:shd w:val="clear" w:color="auto" w:fill="FFF0E0"/>
            <w:vAlign w:val="center"/>
          </w:tcPr>
          <w:p w14:paraId="4BC99886" w14:textId="57A3943C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Винча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 Екатерина Николаевна, педагог дополнительного образования ГУО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Лидский районный центр творчества детей и молодежи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</w:p>
        </w:tc>
      </w:tr>
    </w:tbl>
    <w:p w14:paraId="1AC2CD45" w14:textId="28EBBCA5" w:rsidR="00746F27" w:rsidRPr="00F4323A" w:rsidRDefault="007427FF">
      <w:pPr>
        <w:spacing w:before="120" w:after="40"/>
        <w:rPr>
          <w:rFonts w:ascii="Times New Roman" w:hAnsi="Times New Roman" w:cs="Times New Roman"/>
          <w:lang w:val="ru-RU"/>
        </w:rPr>
      </w:pPr>
      <w:r w:rsidRPr="00F4323A">
        <w:rPr>
          <w:rFonts w:ascii="Times New Roman" w:hAnsi="Times New Roman" w:cs="Times New Roman"/>
          <w:b/>
          <w:color w:val="1F4E79"/>
          <w:sz w:val="20"/>
          <w:lang w:val="ru-RU"/>
        </w:rPr>
        <w:t>Номинация 9: 3</w:t>
      </w:r>
      <w:r w:rsidRPr="00F4323A">
        <w:rPr>
          <w:rFonts w:ascii="Times New Roman" w:hAnsi="Times New Roman" w:cs="Times New Roman"/>
          <w:b/>
          <w:color w:val="1F4E79"/>
          <w:sz w:val="20"/>
        </w:rPr>
        <w:t>D</w:t>
      </w:r>
      <w:r w:rsidRPr="00F4323A">
        <w:rPr>
          <w:rFonts w:ascii="Times New Roman" w:hAnsi="Times New Roman" w:cs="Times New Roman"/>
          <w:b/>
          <w:color w:val="1F4E79"/>
          <w:sz w:val="20"/>
          <w:lang w:val="ru-RU"/>
        </w:rPr>
        <w:t xml:space="preserve">-прототипирование: </w:t>
      </w:r>
      <w:r w:rsidR="00203833" w:rsidRPr="00F4323A">
        <w:rPr>
          <w:rFonts w:ascii="Times New Roman" w:hAnsi="Times New Roman" w:cs="Times New Roman"/>
          <w:b/>
          <w:color w:val="1F4E79"/>
          <w:sz w:val="20"/>
          <w:lang w:val="ru-RU"/>
        </w:rPr>
        <w:t>«</w:t>
      </w:r>
      <w:r w:rsidRPr="00F4323A">
        <w:rPr>
          <w:rFonts w:ascii="Times New Roman" w:hAnsi="Times New Roman" w:cs="Times New Roman"/>
          <w:b/>
          <w:color w:val="1F4E79"/>
          <w:sz w:val="20"/>
          <w:lang w:val="ru-RU"/>
        </w:rPr>
        <w:t>Полезный гаджет</w:t>
      </w:r>
      <w:r w:rsidR="00203833" w:rsidRPr="00F4323A">
        <w:rPr>
          <w:rFonts w:ascii="Times New Roman" w:hAnsi="Times New Roman" w:cs="Times New Roman"/>
          <w:b/>
          <w:color w:val="1F4E79"/>
          <w:sz w:val="20"/>
          <w:lang w:val="ru-RU"/>
        </w:rPr>
        <w:t>»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96"/>
        <w:gridCol w:w="1559"/>
        <w:gridCol w:w="2315"/>
        <w:gridCol w:w="644"/>
        <w:gridCol w:w="2474"/>
        <w:gridCol w:w="668"/>
        <w:gridCol w:w="2474"/>
      </w:tblGrid>
      <w:tr w:rsidR="00746F27" w:rsidRPr="00F4323A" w14:paraId="5C792FE5" w14:textId="77777777" w:rsidTr="00FC601A">
        <w:tc>
          <w:tcPr>
            <w:tcW w:w="397" w:type="dxa"/>
            <w:shd w:val="clear" w:color="auto" w:fill="1F4E79"/>
            <w:vAlign w:val="center"/>
          </w:tcPr>
          <w:p w14:paraId="3E49A2A3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№</w:t>
            </w:r>
          </w:p>
        </w:tc>
        <w:tc>
          <w:tcPr>
            <w:tcW w:w="1584" w:type="dxa"/>
            <w:shd w:val="clear" w:color="auto" w:fill="1F4E79"/>
            <w:vAlign w:val="center"/>
          </w:tcPr>
          <w:p w14:paraId="29F12780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Регион</w:t>
            </w:r>
            <w:proofErr w:type="spellEnd"/>
          </w:p>
        </w:tc>
        <w:tc>
          <w:tcPr>
            <w:tcW w:w="2375" w:type="dxa"/>
            <w:shd w:val="clear" w:color="auto" w:fill="1F4E79"/>
            <w:vAlign w:val="center"/>
          </w:tcPr>
          <w:p w14:paraId="23851CA3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 xml:space="preserve">ФИО </w:t>
            </w: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участника</w:t>
            </w:r>
            <w:proofErr w:type="spellEnd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(</w:t>
            </w: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ов</w:t>
            </w:r>
            <w:proofErr w:type="spellEnd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)</w:t>
            </w:r>
          </w:p>
        </w:tc>
        <w:tc>
          <w:tcPr>
            <w:tcW w:w="644" w:type="dxa"/>
            <w:shd w:val="clear" w:color="auto" w:fill="1F4E79"/>
            <w:vAlign w:val="center"/>
          </w:tcPr>
          <w:p w14:paraId="44A86977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Класс</w:t>
            </w:r>
            <w:proofErr w:type="spellEnd"/>
          </w:p>
        </w:tc>
        <w:tc>
          <w:tcPr>
            <w:tcW w:w="2544" w:type="dxa"/>
            <w:shd w:val="clear" w:color="auto" w:fill="1F4E79"/>
            <w:vAlign w:val="center"/>
          </w:tcPr>
          <w:p w14:paraId="0BE2C251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Учреждение</w:t>
            </w:r>
            <w:proofErr w:type="spellEnd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образования</w:t>
            </w:r>
            <w:proofErr w:type="spellEnd"/>
          </w:p>
        </w:tc>
        <w:tc>
          <w:tcPr>
            <w:tcW w:w="668" w:type="dxa"/>
            <w:shd w:val="clear" w:color="auto" w:fill="1F4E79"/>
            <w:vAlign w:val="center"/>
          </w:tcPr>
          <w:p w14:paraId="154546DD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Место</w:t>
            </w:r>
            <w:proofErr w:type="spellEnd"/>
          </w:p>
        </w:tc>
        <w:tc>
          <w:tcPr>
            <w:tcW w:w="2544" w:type="dxa"/>
            <w:shd w:val="clear" w:color="auto" w:fill="1F4E79"/>
            <w:vAlign w:val="center"/>
          </w:tcPr>
          <w:p w14:paraId="1DBC50EC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Руководитель</w:t>
            </w:r>
            <w:proofErr w:type="spellEnd"/>
          </w:p>
        </w:tc>
      </w:tr>
      <w:tr w:rsidR="00FC601A" w:rsidRPr="00C629D5" w14:paraId="072427C3" w14:textId="77777777" w:rsidTr="00FC601A">
        <w:tc>
          <w:tcPr>
            <w:tcW w:w="397" w:type="dxa"/>
            <w:shd w:val="clear" w:color="auto" w:fill="FFF9E6"/>
            <w:vAlign w:val="center"/>
          </w:tcPr>
          <w:p w14:paraId="302F4CF1" w14:textId="0FEB9511" w:rsidR="00FC601A" w:rsidRPr="00C629D5" w:rsidRDefault="00FC601A" w:rsidP="00FC601A">
            <w:pPr>
              <w:spacing w:before="20" w:after="20"/>
              <w:rPr>
                <w:rFonts w:ascii="Times New Roman" w:hAnsi="Times New Roman" w:cs="Times New Roman"/>
                <w:highlight w:val="yellow"/>
              </w:rPr>
            </w:pPr>
            <w:r w:rsidRPr="00C629D5">
              <w:rPr>
                <w:rFonts w:ascii="Times New Roman" w:hAnsi="Times New Roman" w:cs="Times New Roman"/>
                <w:highlight w:val="yellow"/>
                <w:lang w:val="ru-RU"/>
              </w:rPr>
              <w:t>1</w:t>
            </w:r>
          </w:p>
        </w:tc>
        <w:tc>
          <w:tcPr>
            <w:tcW w:w="1584" w:type="dxa"/>
            <w:shd w:val="clear" w:color="auto" w:fill="FFF9E6"/>
            <w:vAlign w:val="center"/>
          </w:tcPr>
          <w:p w14:paraId="21A790D8" w14:textId="77777777" w:rsidR="00FC601A" w:rsidRPr="00C629D5" w:rsidRDefault="00FC601A" w:rsidP="00FC601A">
            <w:pPr>
              <w:spacing w:before="20" w:after="20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C629D5">
              <w:rPr>
                <w:rFonts w:ascii="Times New Roman" w:hAnsi="Times New Roman" w:cs="Times New Roman"/>
                <w:sz w:val="16"/>
                <w:highlight w:val="yellow"/>
              </w:rPr>
              <w:t>Брестская</w:t>
            </w:r>
            <w:proofErr w:type="spellEnd"/>
            <w:r w:rsidRPr="00C629D5">
              <w:rPr>
                <w:rFonts w:ascii="Times New Roman" w:hAnsi="Times New Roman" w:cs="Times New Roman"/>
                <w:sz w:val="16"/>
                <w:highlight w:val="yellow"/>
              </w:rPr>
              <w:t xml:space="preserve"> </w:t>
            </w:r>
            <w:proofErr w:type="spellStart"/>
            <w:r w:rsidRPr="00C629D5">
              <w:rPr>
                <w:rFonts w:ascii="Times New Roman" w:hAnsi="Times New Roman" w:cs="Times New Roman"/>
                <w:sz w:val="16"/>
                <w:highlight w:val="yellow"/>
              </w:rPr>
              <w:t>область</w:t>
            </w:r>
            <w:proofErr w:type="spellEnd"/>
          </w:p>
        </w:tc>
        <w:tc>
          <w:tcPr>
            <w:tcW w:w="2375" w:type="dxa"/>
            <w:shd w:val="clear" w:color="auto" w:fill="FFF9E6"/>
            <w:vAlign w:val="center"/>
          </w:tcPr>
          <w:p w14:paraId="346C7966" w14:textId="77777777" w:rsidR="00FC601A" w:rsidRPr="00C629D5" w:rsidRDefault="00FC601A" w:rsidP="00FC601A">
            <w:pPr>
              <w:spacing w:before="20" w:after="20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C629D5">
              <w:rPr>
                <w:rFonts w:ascii="Times New Roman" w:hAnsi="Times New Roman" w:cs="Times New Roman"/>
                <w:sz w:val="16"/>
                <w:highlight w:val="yellow"/>
              </w:rPr>
              <w:t>Михалюк</w:t>
            </w:r>
            <w:proofErr w:type="spellEnd"/>
            <w:r w:rsidRPr="00C629D5">
              <w:rPr>
                <w:rFonts w:ascii="Times New Roman" w:hAnsi="Times New Roman" w:cs="Times New Roman"/>
                <w:sz w:val="16"/>
                <w:highlight w:val="yellow"/>
              </w:rPr>
              <w:t xml:space="preserve"> </w:t>
            </w:r>
            <w:proofErr w:type="spellStart"/>
            <w:r w:rsidRPr="00C629D5">
              <w:rPr>
                <w:rFonts w:ascii="Times New Roman" w:hAnsi="Times New Roman" w:cs="Times New Roman"/>
                <w:sz w:val="16"/>
                <w:highlight w:val="yellow"/>
              </w:rPr>
              <w:t>Матвей</w:t>
            </w:r>
            <w:proofErr w:type="spellEnd"/>
            <w:r w:rsidRPr="00C629D5">
              <w:rPr>
                <w:rFonts w:ascii="Times New Roman" w:hAnsi="Times New Roman" w:cs="Times New Roman"/>
                <w:sz w:val="16"/>
                <w:highlight w:val="yellow"/>
              </w:rPr>
              <w:t xml:space="preserve"> </w:t>
            </w:r>
            <w:proofErr w:type="spellStart"/>
            <w:r w:rsidRPr="00C629D5">
              <w:rPr>
                <w:rFonts w:ascii="Times New Roman" w:hAnsi="Times New Roman" w:cs="Times New Roman"/>
                <w:sz w:val="16"/>
                <w:highlight w:val="yellow"/>
              </w:rPr>
              <w:t>Евгеньевич</w:t>
            </w:r>
            <w:proofErr w:type="spellEnd"/>
          </w:p>
        </w:tc>
        <w:tc>
          <w:tcPr>
            <w:tcW w:w="644" w:type="dxa"/>
            <w:shd w:val="clear" w:color="auto" w:fill="FFF9E6"/>
            <w:vAlign w:val="center"/>
          </w:tcPr>
          <w:p w14:paraId="407A0A1B" w14:textId="77777777" w:rsidR="00FC601A" w:rsidRPr="00C629D5" w:rsidRDefault="00FC601A" w:rsidP="00FC601A">
            <w:pPr>
              <w:spacing w:before="20" w:after="20"/>
              <w:rPr>
                <w:rFonts w:ascii="Times New Roman" w:hAnsi="Times New Roman" w:cs="Times New Roman"/>
                <w:highlight w:val="yellow"/>
              </w:rPr>
            </w:pPr>
            <w:r w:rsidRPr="00C629D5">
              <w:rPr>
                <w:rFonts w:ascii="Times New Roman" w:hAnsi="Times New Roman" w:cs="Times New Roman"/>
                <w:sz w:val="16"/>
                <w:highlight w:val="yellow"/>
              </w:rPr>
              <w:t>8</w:t>
            </w:r>
          </w:p>
        </w:tc>
        <w:tc>
          <w:tcPr>
            <w:tcW w:w="2544" w:type="dxa"/>
            <w:shd w:val="clear" w:color="auto" w:fill="FFF9E6"/>
            <w:vAlign w:val="center"/>
          </w:tcPr>
          <w:p w14:paraId="24E295A9" w14:textId="3881A504" w:rsidR="00FC601A" w:rsidRPr="00C629D5" w:rsidRDefault="00FC601A" w:rsidP="00FC601A">
            <w:pPr>
              <w:spacing w:before="20" w:after="20"/>
              <w:rPr>
                <w:rFonts w:ascii="Times New Roman" w:hAnsi="Times New Roman" w:cs="Times New Roman"/>
                <w:highlight w:val="yellow"/>
                <w:lang w:val="ru-RU"/>
              </w:rPr>
            </w:pPr>
            <w:r w:rsidRPr="00C629D5">
              <w:rPr>
                <w:rFonts w:ascii="Times New Roman" w:hAnsi="Times New Roman" w:cs="Times New Roman"/>
                <w:sz w:val="16"/>
                <w:highlight w:val="yellow"/>
                <w:lang w:val="ru-RU"/>
              </w:rPr>
              <w:t xml:space="preserve">ГУО </w:t>
            </w:r>
            <w:r w:rsidR="00203833" w:rsidRPr="00C629D5">
              <w:rPr>
                <w:rFonts w:ascii="Times New Roman" w:hAnsi="Times New Roman" w:cs="Times New Roman"/>
                <w:sz w:val="16"/>
                <w:highlight w:val="yellow"/>
                <w:lang w:val="ru-RU"/>
              </w:rPr>
              <w:t>«</w:t>
            </w:r>
            <w:r w:rsidRPr="00C629D5">
              <w:rPr>
                <w:rFonts w:ascii="Times New Roman" w:hAnsi="Times New Roman" w:cs="Times New Roman"/>
                <w:sz w:val="16"/>
                <w:highlight w:val="yellow"/>
                <w:lang w:val="ru-RU"/>
              </w:rPr>
              <w:t>Средняя школа №16 г. Пинска</w:t>
            </w:r>
            <w:r w:rsidR="00203833" w:rsidRPr="00C629D5">
              <w:rPr>
                <w:rFonts w:ascii="Times New Roman" w:hAnsi="Times New Roman" w:cs="Times New Roman"/>
                <w:sz w:val="16"/>
                <w:highlight w:val="yellow"/>
                <w:lang w:val="ru-RU"/>
              </w:rPr>
              <w:t>»</w:t>
            </w:r>
          </w:p>
        </w:tc>
        <w:tc>
          <w:tcPr>
            <w:tcW w:w="668" w:type="dxa"/>
            <w:shd w:val="clear" w:color="auto" w:fill="FFF9E6"/>
            <w:vAlign w:val="center"/>
          </w:tcPr>
          <w:p w14:paraId="239444CB" w14:textId="77777777" w:rsidR="00FC601A" w:rsidRPr="00C629D5" w:rsidRDefault="00FC601A" w:rsidP="00FC601A">
            <w:pPr>
              <w:spacing w:before="20" w:after="2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629D5">
              <w:rPr>
                <w:rFonts w:ascii="Times New Roman" w:hAnsi="Times New Roman" w:cs="Times New Roman"/>
                <w:b/>
                <w:color w:val="B8860B"/>
                <w:sz w:val="16"/>
                <w:highlight w:val="yellow"/>
              </w:rPr>
              <w:t>1</w:t>
            </w:r>
          </w:p>
        </w:tc>
        <w:tc>
          <w:tcPr>
            <w:tcW w:w="2544" w:type="dxa"/>
            <w:shd w:val="clear" w:color="auto" w:fill="FFF9E6"/>
            <w:vAlign w:val="center"/>
          </w:tcPr>
          <w:p w14:paraId="0A1FF5C4" w14:textId="624B0AA1" w:rsidR="00FC601A" w:rsidRPr="00C629D5" w:rsidRDefault="00FC601A" w:rsidP="00FC601A">
            <w:pPr>
              <w:spacing w:before="20" w:after="20"/>
              <w:rPr>
                <w:rFonts w:ascii="Times New Roman" w:hAnsi="Times New Roman" w:cs="Times New Roman"/>
                <w:highlight w:val="yellow"/>
                <w:lang w:val="ru-RU"/>
              </w:rPr>
            </w:pPr>
            <w:r w:rsidRPr="00C629D5">
              <w:rPr>
                <w:rFonts w:ascii="Times New Roman" w:hAnsi="Times New Roman" w:cs="Times New Roman"/>
                <w:sz w:val="16"/>
                <w:highlight w:val="yellow"/>
                <w:lang w:val="ru-RU"/>
              </w:rPr>
              <w:t xml:space="preserve">Лысый Андрей Петрович, педагог ГУО </w:t>
            </w:r>
            <w:r w:rsidR="00203833" w:rsidRPr="00C629D5">
              <w:rPr>
                <w:rFonts w:ascii="Times New Roman" w:hAnsi="Times New Roman" w:cs="Times New Roman"/>
                <w:sz w:val="16"/>
                <w:highlight w:val="yellow"/>
                <w:lang w:val="ru-RU"/>
              </w:rPr>
              <w:t>«</w:t>
            </w:r>
            <w:r w:rsidRPr="00C629D5">
              <w:rPr>
                <w:rFonts w:ascii="Times New Roman" w:hAnsi="Times New Roman" w:cs="Times New Roman"/>
                <w:sz w:val="16"/>
                <w:highlight w:val="yellow"/>
                <w:lang w:val="ru-RU"/>
              </w:rPr>
              <w:t xml:space="preserve">Средняя школа № 16 </w:t>
            </w:r>
            <w:proofErr w:type="spellStart"/>
            <w:r w:rsidRPr="00C629D5">
              <w:rPr>
                <w:rFonts w:ascii="Times New Roman" w:hAnsi="Times New Roman" w:cs="Times New Roman"/>
                <w:sz w:val="16"/>
                <w:highlight w:val="yellow"/>
                <w:lang w:val="ru-RU"/>
              </w:rPr>
              <w:t>г.Пинска</w:t>
            </w:r>
            <w:proofErr w:type="spellEnd"/>
            <w:r w:rsidR="00203833" w:rsidRPr="00C629D5">
              <w:rPr>
                <w:rFonts w:ascii="Times New Roman" w:hAnsi="Times New Roman" w:cs="Times New Roman"/>
                <w:sz w:val="16"/>
                <w:highlight w:val="yellow"/>
                <w:lang w:val="ru-RU"/>
              </w:rPr>
              <w:t>»</w:t>
            </w:r>
          </w:p>
        </w:tc>
      </w:tr>
      <w:tr w:rsidR="00FC601A" w:rsidRPr="00F4323A" w14:paraId="4A60D6E0" w14:textId="77777777" w:rsidTr="00FC601A">
        <w:tc>
          <w:tcPr>
            <w:tcW w:w="397" w:type="dxa"/>
            <w:shd w:val="clear" w:color="auto" w:fill="F5F5F5"/>
            <w:vAlign w:val="center"/>
          </w:tcPr>
          <w:p w14:paraId="1116293A" w14:textId="4CDD0300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584" w:type="dxa"/>
            <w:shd w:val="clear" w:color="auto" w:fill="F5F5F5"/>
            <w:vAlign w:val="center"/>
          </w:tcPr>
          <w:p w14:paraId="1A385131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Минская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область</w:t>
            </w:r>
            <w:proofErr w:type="spellEnd"/>
          </w:p>
        </w:tc>
        <w:tc>
          <w:tcPr>
            <w:tcW w:w="2375" w:type="dxa"/>
            <w:shd w:val="clear" w:color="auto" w:fill="F5F5F5"/>
            <w:vAlign w:val="center"/>
          </w:tcPr>
          <w:p w14:paraId="7D8F8456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Гаргун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Макар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Денисович</w:t>
            </w:r>
            <w:proofErr w:type="spellEnd"/>
          </w:p>
        </w:tc>
        <w:tc>
          <w:tcPr>
            <w:tcW w:w="644" w:type="dxa"/>
            <w:shd w:val="clear" w:color="auto" w:fill="F5F5F5"/>
            <w:vAlign w:val="center"/>
          </w:tcPr>
          <w:p w14:paraId="05D4D8A6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2544" w:type="dxa"/>
            <w:shd w:val="clear" w:color="auto" w:fill="F5F5F5"/>
            <w:vAlign w:val="center"/>
          </w:tcPr>
          <w:p w14:paraId="51880017" w14:textId="05DCBD0B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sz w:val="16"/>
              </w:rPr>
              <w:t xml:space="preserve">ГУО </w:t>
            </w:r>
            <w:r w:rsidR="00203833" w:rsidRPr="00F4323A">
              <w:rPr>
                <w:rFonts w:ascii="Times New Roman" w:hAnsi="Times New Roman" w:cs="Times New Roman"/>
                <w:sz w:val="16"/>
              </w:rPr>
              <w:t>«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Гимназия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г.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Дзержинска</w:t>
            </w:r>
            <w:proofErr w:type="spellEnd"/>
            <w:r w:rsidR="00203833" w:rsidRPr="00F4323A">
              <w:rPr>
                <w:rFonts w:ascii="Times New Roman" w:hAnsi="Times New Roman" w:cs="Times New Roman"/>
                <w:sz w:val="16"/>
              </w:rPr>
              <w:t>»</w:t>
            </w:r>
          </w:p>
        </w:tc>
        <w:tc>
          <w:tcPr>
            <w:tcW w:w="668" w:type="dxa"/>
            <w:shd w:val="clear" w:color="auto" w:fill="F5F5F5"/>
            <w:vAlign w:val="center"/>
          </w:tcPr>
          <w:p w14:paraId="69785D80" w14:textId="77777777" w:rsidR="00FC601A" w:rsidRPr="00F4323A" w:rsidRDefault="00FC601A" w:rsidP="00FC601A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646464"/>
                <w:sz w:val="16"/>
              </w:rPr>
              <w:t>2</w:t>
            </w:r>
          </w:p>
        </w:tc>
        <w:tc>
          <w:tcPr>
            <w:tcW w:w="2544" w:type="dxa"/>
            <w:shd w:val="clear" w:color="auto" w:fill="F5F5F5"/>
            <w:vAlign w:val="center"/>
          </w:tcPr>
          <w:p w14:paraId="49A7EDF6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Кузавкова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Анастасия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Михайловна</w:t>
            </w:r>
            <w:proofErr w:type="spellEnd"/>
          </w:p>
        </w:tc>
      </w:tr>
      <w:tr w:rsidR="00FC601A" w:rsidRPr="00C629D5" w14:paraId="29988FED" w14:textId="77777777" w:rsidTr="00FC601A">
        <w:tc>
          <w:tcPr>
            <w:tcW w:w="397" w:type="dxa"/>
            <w:shd w:val="clear" w:color="auto" w:fill="FFF0E0"/>
            <w:vAlign w:val="center"/>
          </w:tcPr>
          <w:p w14:paraId="0020276C" w14:textId="1A504852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584" w:type="dxa"/>
            <w:shd w:val="clear" w:color="auto" w:fill="FFF0E0"/>
            <w:vAlign w:val="center"/>
          </w:tcPr>
          <w:p w14:paraId="6C94F7C1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Могилёвская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область</w:t>
            </w:r>
            <w:proofErr w:type="spellEnd"/>
          </w:p>
        </w:tc>
        <w:tc>
          <w:tcPr>
            <w:tcW w:w="2375" w:type="dxa"/>
            <w:shd w:val="clear" w:color="auto" w:fill="FFF0E0"/>
            <w:vAlign w:val="center"/>
          </w:tcPr>
          <w:p w14:paraId="29F196AF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Козлов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Максим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Дмитриевич</w:t>
            </w:r>
            <w:proofErr w:type="spellEnd"/>
          </w:p>
        </w:tc>
        <w:tc>
          <w:tcPr>
            <w:tcW w:w="644" w:type="dxa"/>
            <w:shd w:val="clear" w:color="auto" w:fill="FFF0E0"/>
            <w:vAlign w:val="center"/>
          </w:tcPr>
          <w:p w14:paraId="342E8B45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2544" w:type="dxa"/>
            <w:shd w:val="clear" w:color="auto" w:fill="FFF0E0"/>
            <w:vAlign w:val="center"/>
          </w:tcPr>
          <w:p w14:paraId="78A1ABC8" w14:textId="30940548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ГУДО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Могилевский областной центр творчества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</w:p>
        </w:tc>
        <w:tc>
          <w:tcPr>
            <w:tcW w:w="668" w:type="dxa"/>
            <w:shd w:val="clear" w:color="auto" w:fill="FFF0E0"/>
            <w:vAlign w:val="center"/>
          </w:tcPr>
          <w:p w14:paraId="6D481010" w14:textId="77777777" w:rsidR="00FC601A" w:rsidRPr="00F4323A" w:rsidRDefault="00FC601A" w:rsidP="00FC601A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8B5A2B"/>
                <w:sz w:val="16"/>
              </w:rPr>
              <w:t>3</w:t>
            </w:r>
          </w:p>
        </w:tc>
        <w:tc>
          <w:tcPr>
            <w:tcW w:w="2544" w:type="dxa"/>
            <w:shd w:val="clear" w:color="auto" w:fill="FFF0E0"/>
            <w:vAlign w:val="center"/>
          </w:tcPr>
          <w:p w14:paraId="009D321F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Дудков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 Даниил Олегович, педагог доп. образования Могилевского областного центра творчества, тел +375 29 3710185</w:t>
            </w:r>
          </w:p>
        </w:tc>
      </w:tr>
    </w:tbl>
    <w:p w14:paraId="5CD64792" w14:textId="05E7F06B" w:rsidR="00746F27" w:rsidRPr="00F4323A" w:rsidRDefault="007427FF">
      <w:pPr>
        <w:spacing w:before="120" w:after="40"/>
        <w:rPr>
          <w:rFonts w:ascii="Times New Roman" w:hAnsi="Times New Roman" w:cs="Times New Roman"/>
          <w:lang w:val="ru-RU"/>
        </w:rPr>
      </w:pPr>
      <w:r w:rsidRPr="00F4323A">
        <w:rPr>
          <w:rFonts w:ascii="Times New Roman" w:hAnsi="Times New Roman" w:cs="Times New Roman"/>
          <w:b/>
          <w:color w:val="1F4E79"/>
          <w:sz w:val="20"/>
          <w:lang w:val="ru-RU"/>
        </w:rPr>
        <w:t>Номинация 10: 3</w:t>
      </w:r>
      <w:r w:rsidRPr="00F4323A">
        <w:rPr>
          <w:rFonts w:ascii="Times New Roman" w:hAnsi="Times New Roman" w:cs="Times New Roman"/>
          <w:b/>
          <w:color w:val="1F4E79"/>
          <w:sz w:val="20"/>
        </w:rPr>
        <w:t>D</w:t>
      </w:r>
      <w:r w:rsidRPr="00F4323A">
        <w:rPr>
          <w:rFonts w:ascii="Times New Roman" w:hAnsi="Times New Roman" w:cs="Times New Roman"/>
          <w:b/>
          <w:color w:val="1F4E79"/>
          <w:sz w:val="20"/>
          <w:lang w:val="ru-RU"/>
        </w:rPr>
        <w:t xml:space="preserve">-прототипирование: </w:t>
      </w:r>
      <w:r w:rsidR="00203833" w:rsidRPr="00F4323A">
        <w:rPr>
          <w:rFonts w:ascii="Times New Roman" w:hAnsi="Times New Roman" w:cs="Times New Roman"/>
          <w:b/>
          <w:color w:val="1F4E79"/>
          <w:sz w:val="20"/>
          <w:lang w:val="ru-RU"/>
        </w:rPr>
        <w:t>«</w:t>
      </w:r>
      <w:r w:rsidRPr="00F4323A">
        <w:rPr>
          <w:rFonts w:ascii="Times New Roman" w:hAnsi="Times New Roman" w:cs="Times New Roman"/>
          <w:b/>
          <w:color w:val="1F4E79"/>
          <w:sz w:val="20"/>
          <w:lang w:val="ru-RU"/>
        </w:rPr>
        <w:t>Умный гаджет</w:t>
      </w:r>
      <w:r w:rsidR="00203833" w:rsidRPr="00F4323A">
        <w:rPr>
          <w:rFonts w:ascii="Times New Roman" w:hAnsi="Times New Roman" w:cs="Times New Roman"/>
          <w:b/>
          <w:color w:val="1F4E79"/>
          <w:sz w:val="20"/>
          <w:lang w:val="ru-RU"/>
        </w:rPr>
        <w:t>»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96"/>
        <w:gridCol w:w="1559"/>
        <w:gridCol w:w="2315"/>
        <w:gridCol w:w="644"/>
        <w:gridCol w:w="2474"/>
        <w:gridCol w:w="668"/>
        <w:gridCol w:w="2474"/>
      </w:tblGrid>
      <w:tr w:rsidR="00746F27" w:rsidRPr="00F4323A" w14:paraId="60E8F04C" w14:textId="77777777" w:rsidTr="00FC601A">
        <w:tc>
          <w:tcPr>
            <w:tcW w:w="397" w:type="dxa"/>
            <w:shd w:val="clear" w:color="auto" w:fill="1F4E79"/>
            <w:vAlign w:val="center"/>
          </w:tcPr>
          <w:p w14:paraId="23849487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№</w:t>
            </w:r>
          </w:p>
        </w:tc>
        <w:tc>
          <w:tcPr>
            <w:tcW w:w="1584" w:type="dxa"/>
            <w:shd w:val="clear" w:color="auto" w:fill="1F4E79"/>
            <w:vAlign w:val="center"/>
          </w:tcPr>
          <w:p w14:paraId="3042D12A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Регион</w:t>
            </w:r>
            <w:proofErr w:type="spellEnd"/>
          </w:p>
        </w:tc>
        <w:tc>
          <w:tcPr>
            <w:tcW w:w="2375" w:type="dxa"/>
            <w:shd w:val="clear" w:color="auto" w:fill="1F4E79"/>
            <w:vAlign w:val="center"/>
          </w:tcPr>
          <w:p w14:paraId="0E5F1519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 xml:space="preserve">ФИО </w:t>
            </w: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участника</w:t>
            </w:r>
            <w:proofErr w:type="spellEnd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(</w:t>
            </w: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ов</w:t>
            </w:r>
            <w:proofErr w:type="spellEnd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)</w:t>
            </w:r>
          </w:p>
        </w:tc>
        <w:tc>
          <w:tcPr>
            <w:tcW w:w="644" w:type="dxa"/>
            <w:shd w:val="clear" w:color="auto" w:fill="1F4E79"/>
            <w:vAlign w:val="center"/>
          </w:tcPr>
          <w:p w14:paraId="70B91594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Класс</w:t>
            </w:r>
            <w:proofErr w:type="spellEnd"/>
          </w:p>
        </w:tc>
        <w:tc>
          <w:tcPr>
            <w:tcW w:w="2544" w:type="dxa"/>
            <w:shd w:val="clear" w:color="auto" w:fill="1F4E79"/>
            <w:vAlign w:val="center"/>
          </w:tcPr>
          <w:p w14:paraId="077DC322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Учреждение</w:t>
            </w:r>
            <w:proofErr w:type="spellEnd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образования</w:t>
            </w:r>
            <w:proofErr w:type="spellEnd"/>
          </w:p>
        </w:tc>
        <w:tc>
          <w:tcPr>
            <w:tcW w:w="668" w:type="dxa"/>
            <w:shd w:val="clear" w:color="auto" w:fill="1F4E79"/>
            <w:vAlign w:val="center"/>
          </w:tcPr>
          <w:p w14:paraId="7EB3A645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Место</w:t>
            </w:r>
            <w:proofErr w:type="spellEnd"/>
          </w:p>
        </w:tc>
        <w:tc>
          <w:tcPr>
            <w:tcW w:w="2544" w:type="dxa"/>
            <w:shd w:val="clear" w:color="auto" w:fill="1F4E79"/>
            <w:vAlign w:val="center"/>
          </w:tcPr>
          <w:p w14:paraId="4CFEAABD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Руководитель</w:t>
            </w:r>
            <w:proofErr w:type="spellEnd"/>
          </w:p>
        </w:tc>
      </w:tr>
      <w:tr w:rsidR="00FC601A" w:rsidRPr="00C629D5" w14:paraId="1CFA4E13" w14:textId="77777777" w:rsidTr="00FC601A">
        <w:tc>
          <w:tcPr>
            <w:tcW w:w="397" w:type="dxa"/>
            <w:shd w:val="clear" w:color="auto" w:fill="FFF9E6"/>
            <w:vAlign w:val="center"/>
          </w:tcPr>
          <w:p w14:paraId="63577311" w14:textId="34D95A2E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584" w:type="dxa"/>
            <w:shd w:val="clear" w:color="auto" w:fill="FFF9E6"/>
            <w:vAlign w:val="center"/>
          </w:tcPr>
          <w:p w14:paraId="2CE63CC0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Могилёвская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область</w:t>
            </w:r>
            <w:proofErr w:type="spellEnd"/>
          </w:p>
        </w:tc>
        <w:tc>
          <w:tcPr>
            <w:tcW w:w="2375" w:type="dxa"/>
            <w:shd w:val="clear" w:color="auto" w:fill="FFF9E6"/>
            <w:vAlign w:val="center"/>
          </w:tcPr>
          <w:p w14:paraId="17B568F8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Шут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София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Дмитриевна</w:t>
            </w:r>
            <w:proofErr w:type="spellEnd"/>
          </w:p>
        </w:tc>
        <w:tc>
          <w:tcPr>
            <w:tcW w:w="644" w:type="dxa"/>
            <w:shd w:val="clear" w:color="auto" w:fill="FFF9E6"/>
            <w:vAlign w:val="center"/>
          </w:tcPr>
          <w:p w14:paraId="2588B60E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2544" w:type="dxa"/>
            <w:shd w:val="clear" w:color="auto" w:fill="FFF9E6"/>
            <w:vAlign w:val="center"/>
          </w:tcPr>
          <w:p w14:paraId="08BD0743" w14:textId="4B9EEFF0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ГУДО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Могилевский областной центр творчества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</w:p>
        </w:tc>
        <w:tc>
          <w:tcPr>
            <w:tcW w:w="668" w:type="dxa"/>
            <w:shd w:val="clear" w:color="auto" w:fill="FFF9E6"/>
            <w:vAlign w:val="center"/>
          </w:tcPr>
          <w:p w14:paraId="56CC5674" w14:textId="77777777" w:rsidR="00FC601A" w:rsidRPr="00F4323A" w:rsidRDefault="00FC601A" w:rsidP="00FC601A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B8860B"/>
                <w:sz w:val="16"/>
              </w:rPr>
              <w:t>1</w:t>
            </w:r>
          </w:p>
        </w:tc>
        <w:tc>
          <w:tcPr>
            <w:tcW w:w="2544" w:type="dxa"/>
            <w:shd w:val="clear" w:color="auto" w:fill="FFF9E6"/>
            <w:vAlign w:val="center"/>
          </w:tcPr>
          <w:p w14:paraId="781D740F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Дудков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 Даниил Олегович, педагог доп. образования Могилевского областного центра творчества, тел +375 29 3710185</w:t>
            </w:r>
          </w:p>
        </w:tc>
      </w:tr>
      <w:tr w:rsidR="00FC601A" w:rsidRPr="00F4323A" w14:paraId="32D556F8" w14:textId="77777777" w:rsidTr="00FC601A">
        <w:tc>
          <w:tcPr>
            <w:tcW w:w="397" w:type="dxa"/>
            <w:shd w:val="clear" w:color="auto" w:fill="F5F5F5"/>
            <w:vAlign w:val="center"/>
          </w:tcPr>
          <w:p w14:paraId="4991F4A9" w14:textId="7A0C14DE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584" w:type="dxa"/>
            <w:shd w:val="clear" w:color="auto" w:fill="F5F5F5"/>
            <w:vAlign w:val="center"/>
          </w:tcPr>
          <w:p w14:paraId="7F63D55A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Витебская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область</w:t>
            </w:r>
            <w:proofErr w:type="spellEnd"/>
          </w:p>
        </w:tc>
        <w:tc>
          <w:tcPr>
            <w:tcW w:w="2375" w:type="dxa"/>
            <w:shd w:val="clear" w:color="auto" w:fill="F5F5F5"/>
            <w:vAlign w:val="center"/>
          </w:tcPr>
          <w:p w14:paraId="33FCD55B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Волкович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Дарья</w:t>
            </w:r>
            <w:proofErr w:type="spellEnd"/>
          </w:p>
        </w:tc>
        <w:tc>
          <w:tcPr>
            <w:tcW w:w="644" w:type="dxa"/>
            <w:shd w:val="clear" w:color="auto" w:fill="F5F5F5"/>
            <w:vAlign w:val="center"/>
          </w:tcPr>
          <w:p w14:paraId="0591E10C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2544" w:type="dxa"/>
            <w:shd w:val="clear" w:color="auto" w:fill="F5F5F5"/>
            <w:vAlign w:val="center"/>
          </w:tcPr>
          <w:p w14:paraId="48734CCB" w14:textId="54B1AA2B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ГУО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Средняя школа №1 г. Докшицы имени И.С. Полевого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</w:p>
        </w:tc>
        <w:tc>
          <w:tcPr>
            <w:tcW w:w="668" w:type="dxa"/>
            <w:shd w:val="clear" w:color="auto" w:fill="F5F5F5"/>
            <w:vAlign w:val="center"/>
          </w:tcPr>
          <w:p w14:paraId="0A55F3DF" w14:textId="77777777" w:rsidR="00FC601A" w:rsidRPr="00F4323A" w:rsidRDefault="00FC601A" w:rsidP="00FC601A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646464"/>
                <w:sz w:val="16"/>
              </w:rPr>
              <w:t>2</w:t>
            </w:r>
          </w:p>
        </w:tc>
        <w:tc>
          <w:tcPr>
            <w:tcW w:w="2544" w:type="dxa"/>
            <w:shd w:val="clear" w:color="auto" w:fill="F5F5F5"/>
            <w:vAlign w:val="center"/>
          </w:tcPr>
          <w:p w14:paraId="1E79699C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Стадольник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Анатолий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Юльянович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,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учитель</w:t>
            </w:r>
            <w:proofErr w:type="spellEnd"/>
          </w:p>
        </w:tc>
      </w:tr>
      <w:tr w:rsidR="00FC601A" w:rsidRPr="00F4323A" w14:paraId="39B43700" w14:textId="77777777" w:rsidTr="00FC601A">
        <w:tc>
          <w:tcPr>
            <w:tcW w:w="397" w:type="dxa"/>
            <w:shd w:val="clear" w:color="auto" w:fill="FFF0E0"/>
            <w:vAlign w:val="center"/>
          </w:tcPr>
          <w:p w14:paraId="3D764501" w14:textId="02DE0A53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584" w:type="dxa"/>
            <w:shd w:val="clear" w:color="auto" w:fill="FFF0E0"/>
            <w:vAlign w:val="center"/>
          </w:tcPr>
          <w:p w14:paraId="7D421A31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Витебская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область</w:t>
            </w:r>
            <w:proofErr w:type="spellEnd"/>
          </w:p>
        </w:tc>
        <w:tc>
          <w:tcPr>
            <w:tcW w:w="2375" w:type="dxa"/>
            <w:shd w:val="clear" w:color="auto" w:fill="FFF0E0"/>
            <w:vAlign w:val="center"/>
          </w:tcPr>
          <w:p w14:paraId="6BF3BA0B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Шаволин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Владислав</w:t>
            </w:r>
            <w:proofErr w:type="spellEnd"/>
          </w:p>
        </w:tc>
        <w:tc>
          <w:tcPr>
            <w:tcW w:w="644" w:type="dxa"/>
            <w:shd w:val="clear" w:color="auto" w:fill="FFF0E0"/>
            <w:vAlign w:val="center"/>
          </w:tcPr>
          <w:p w14:paraId="003515BC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2544" w:type="dxa"/>
            <w:shd w:val="clear" w:color="auto" w:fill="FFF0E0"/>
            <w:vAlign w:val="center"/>
          </w:tcPr>
          <w:p w14:paraId="0F8F89C4" w14:textId="0C4AE610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ГУО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Средняя школа №1 г. Докшицы имени И.С. Полевого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</w:p>
        </w:tc>
        <w:tc>
          <w:tcPr>
            <w:tcW w:w="668" w:type="dxa"/>
            <w:shd w:val="clear" w:color="auto" w:fill="FFF0E0"/>
            <w:vAlign w:val="center"/>
          </w:tcPr>
          <w:p w14:paraId="10A4EE16" w14:textId="77777777" w:rsidR="00FC601A" w:rsidRPr="00F4323A" w:rsidRDefault="00FC601A" w:rsidP="00FC601A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8B5A2B"/>
                <w:sz w:val="16"/>
              </w:rPr>
              <w:t>3</w:t>
            </w:r>
          </w:p>
        </w:tc>
        <w:tc>
          <w:tcPr>
            <w:tcW w:w="2544" w:type="dxa"/>
            <w:shd w:val="clear" w:color="auto" w:fill="FFF0E0"/>
            <w:vAlign w:val="center"/>
          </w:tcPr>
          <w:p w14:paraId="224E8795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Стадольник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Анатолий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Юльянович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,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учитель</w:t>
            </w:r>
            <w:proofErr w:type="spellEnd"/>
          </w:p>
        </w:tc>
      </w:tr>
    </w:tbl>
    <w:p w14:paraId="1BBDC8EF" w14:textId="77777777" w:rsidR="006A0C2D" w:rsidRPr="00F4323A" w:rsidRDefault="006A0C2D">
      <w:pPr>
        <w:spacing w:before="120" w:after="40"/>
        <w:rPr>
          <w:rFonts w:ascii="Times New Roman" w:hAnsi="Times New Roman" w:cs="Times New Roman"/>
          <w:b/>
          <w:color w:val="1F4E79"/>
          <w:sz w:val="20"/>
          <w:lang w:val="ru-RU"/>
        </w:rPr>
      </w:pPr>
    </w:p>
    <w:p w14:paraId="4E5E9C19" w14:textId="77777777" w:rsidR="006A0C2D" w:rsidRPr="00F4323A" w:rsidRDefault="006A0C2D">
      <w:pPr>
        <w:spacing w:before="120" w:after="40"/>
        <w:rPr>
          <w:rFonts w:ascii="Times New Roman" w:hAnsi="Times New Roman" w:cs="Times New Roman"/>
          <w:b/>
          <w:color w:val="1F4E79"/>
          <w:sz w:val="20"/>
          <w:lang w:val="ru-RU"/>
        </w:rPr>
      </w:pPr>
    </w:p>
    <w:p w14:paraId="2CD9FC4B" w14:textId="77777777" w:rsidR="006A0C2D" w:rsidRPr="00F4323A" w:rsidRDefault="006A0C2D">
      <w:pPr>
        <w:spacing w:before="120" w:after="40"/>
        <w:rPr>
          <w:rFonts w:ascii="Times New Roman" w:hAnsi="Times New Roman" w:cs="Times New Roman"/>
          <w:b/>
          <w:color w:val="1F4E79"/>
          <w:sz w:val="20"/>
          <w:lang w:val="ru-RU"/>
        </w:rPr>
      </w:pPr>
    </w:p>
    <w:p w14:paraId="30E32F5D" w14:textId="77777777" w:rsidR="006A0C2D" w:rsidRPr="00F4323A" w:rsidRDefault="006A0C2D">
      <w:pPr>
        <w:spacing w:before="120" w:after="40"/>
        <w:rPr>
          <w:rFonts w:ascii="Times New Roman" w:hAnsi="Times New Roman" w:cs="Times New Roman"/>
          <w:b/>
          <w:color w:val="1F4E79"/>
          <w:sz w:val="20"/>
          <w:lang w:val="ru-RU"/>
        </w:rPr>
      </w:pPr>
    </w:p>
    <w:p w14:paraId="51AEDF2E" w14:textId="2DA26D2C" w:rsidR="00746F27" w:rsidRPr="00F4323A" w:rsidRDefault="007427FF">
      <w:pPr>
        <w:spacing w:before="120" w:after="40"/>
        <w:rPr>
          <w:rFonts w:ascii="Times New Roman" w:hAnsi="Times New Roman" w:cs="Times New Roman"/>
          <w:lang w:val="ru-RU"/>
        </w:rPr>
      </w:pPr>
      <w:r w:rsidRPr="00F4323A">
        <w:rPr>
          <w:rFonts w:ascii="Times New Roman" w:hAnsi="Times New Roman" w:cs="Times New Roman"/>
          <w:b/>
          <w:color w:val="1F4E79"/>
          <w:sz w:val="20"/>
          <w:lang w:val="ru-RU"/>
        </w:rPr>
        <w:t>Номинация 11: 3</w:t>
      </w:r>
      <w:r w:rsidRPr="00F4323A">
        <w:rPr>
          <w:rFonts w:ascii="Times New Roman" w:hAnsi="Times New Roman" w:cs="Times New Roman"/>
          <w:b/>
          <w:color w:val="1F4E79"/>
          <w:sz w:val="20"/>
        </w:rPr>
        <w:t>D</w:t>
      </w:r>
      <w:r w:rsidRPr="00F4323A">
        <w:rPr>
          <w:rFonts w:ascii="Times New Roman" w:hAnsi="Times New Roman" w:cs="Times New Roman"/>
          <w:b/>
          <w:color w:val="1F4E79"/>
          <w:sz w:val="20"/>
          <w:lang w:val="ru-RU"/>
        </w:rPr>
        <w:t xml:space="preserve">-прототипирование: </w:t>
      </w:r>
      <w:r w:rsidR="00203833" w:rsidRPr="00F4323A">
        <w:rPr>
          <w:rFonts w:ascii="Times New Roman" w:hAnsi="Times New Roman" w:cs="Times New Roman"/>
          <w:b/>
          <w:color w:val="1F4E79"/>
          <w:sz w:val="20"/>
          <w:lang w:val="ru-RU"/>
        </w:rPr>
        <w:t>«</w:t>
      </w:r>
      <w:r w:rsidRPr="00F4323A">
        <w:rPr>
          <w:rFonts w:ascii="Times New Roman" w:hAnsi="Times New Roman" w:cs="Times New Roman"/>
          <w:b/>
          <w:color w:val="1F4E79"/>
          <w:sz w:val="20"/>
          <w:lang w:val="ru-RU"/>
        </w:rPr>
        <w:t>Функциональный элемент</w:t>
      </w:r>
      <w:r w:rsidR="00203833" w:rsidRPr="00F4323A">
        <w:rPr>
          <w:rFonts w:ascii="Times New Roman" w:hAnsi="Times New Roman" w:cs="Times New Roman"/>
          <w:b/>
          <w:color w:val="1F4E79"/>
          <w:sz w:val="20"/>
          <w:lang w:val="ru-RU"/>
        </w:rPr>
        <w:t>»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96"/>
        <w:gridCol w:w="1559"/>
        <w:gridCol w:w="2316"/>
        <w:gridCol w:w="644"/>
        <w:gridCol w:w="2473"/>
        <w:gridCol w:w="668"/>
        <w:gridCol w:w="2474"/>
      </w:tblGrid>
      <w:tr w:rsidR="00746F27" w:rsidRPr="00F4323A" w14:paraId="07A8967B" w14:textId="77777777" w:rsidTr="00FC601A">
        <w:tc>
          <w:tcPr>
            <w:tcW w:w="397" w:type="dxa"/>
            <w:shd w:val="clear" w:color="auto" w:fill="1F4E79"/>
            <w:vAlign w:val="center"/>
          </w:tcPr>
          <w:p w14:paraId="3CB4BBEE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№</w:t>
            </w:r>
          </w:p>
        </w:tc>
        <w:tc>
          <w:tcPr>
            <w:tcW w:w="1584" w:type="dxa"/>
            <w:shd w:val="clear" w:color="auto" w:fill="1F4E79"/>
            <w:vAlign w:val="center"/>
          </w:tcPr>
          <w:p w14:paraId="7C9A7997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Регион</w:t>
            </w:r>
            <w:proofErr w:type="spellEnd"/>
          </w:p>
        </w:tc>
        <w:tc>
          <w:tcPr>
            <w:tcW w:w="2375" w:type="dxa"/>
            <w:shd w:val="clear" w:color="auto" w:fill="1F4E79"/>
            <w:vAlign w:val="center"/>
          </w:tcPr>
          <w:p w14:paraId="4D3797C8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 xml:space="preserve">ФИО </w:t>
            </w: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участника</w:t>
            </w:r>
            <w:proofErr w:type="spellEnd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(</w:t>
            </w: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ов</w:t>
            </w:r>
            <w:proofErr w:type="spellEnd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)</w:t>
            </w:r>
          </w:p>
        </w:tc>
        <w:tc>
          <w:tcPr>
            <w:tcW w:w="644" w:type="dxa"/>
            <w:shd w:val="clear" w:color="auto" w:fill="1F4E79"/>
            <w:vAlign w:val="center"/>
          </w:tcPr>
          <w:p w14:paraId="68C6AC4B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Класс</w:t>
            </w:r>
            <w:proofErr w:type="spellEnd"/>
          </w:p>
        </w:tc>
        <w:tc>
          <w:tcPr>
            <w:tcW w:w="2544" w:type="dxa"/>
            <w:shd w:val="clear" w:color="auto" w:fill="1F4E79"/>
            <w:vAlign w:val="center"/>
          </w:tcPr>
          <w:p w14:paraId="28CCB4E1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Учреждение</w:t>
            </w:r>
            <w:proofErr w:type="spellEnd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образования</w:t>
            </w:r>
            <w:proofErr w:type="spellEnd"/>
          </w:p>
        </w:tc>
        <w:tc>
          <w:tcPr>
            <w:tcW w:w="668" w:type="dxa"/>
            <w:shd w:val="clear" w:color="auto" w:fill="1F4E79"/>
            <w:vAlign w:val="center"/>
          </w:tcPr>
          <w:p w14:paraId="5043EA56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Место</w:t>
            </w:r>
            <w:proofErr w:type="spellEnd"/>
          </w:p>
        </w:tc>
        <w:tc>
          <w:tcPr>
            <w:tcW w:w="2544" w:type="dxa"/>
            <w:shd w:val="clear" w:color="auto" w:fill="1F4E79"/>
            <w:vAlign w:val="center"/>
          </w:tcPr>
          <w:p w14:paraId="5881D3D6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Руководитель</w:t>
            </w:r>
            <w:proofErr w:type="spellEnd"/>
          </w:p>
        </w:tc>
      </w:tr>
      <w:tr w:rsidR="00FC601A" w:rsidRPr="00C629D5" w14:paraId="6E6B397D" w14:textId="77777777" w:rsidTr="00FC601A">
        <w:tc>
          <w:tcPr>
            <w:tcW w:w="397" w:type="dxa"/>
            <w:shd w:val="clear" w:color="auto" w:fill="FFF9E6"/>
            <w:vAlign w:val="center"/>
          </w:tcPr>
          <w:p w14:paraId="69A1A913" w14:textId="6ADA3F26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584" w:type="dxa"/>
            <w:shd w:val="clear" w:color="auto" w:fill="FFF9E6"/>
            <w:vAlign w:val="center"/>
          </w:tcPr>
          <w:p w14:paraId="79E0272C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Могилёвская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область</w:t>
            </w:r>
            <w:proofErr w:type="spellEnd"/>
          </w:p>
        </w:tc>
        <w:tc>
          <w:tcPr>
            <w:tcW w:w="2375" w:type="dxa"/>
            <w:shd w:val="clear" w:color="auto" w:fill="FFF9E6"/>
            <w:vAlign w:val="center"/>
          </w:tcPr>
          <w:p w14:paraId="274BCB0E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Павловский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Антон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Андреевич</w:t>
            </w:r>
            <w:proofErr w:type="spellEnd"/>
          </w:p>
        </w:tc>
        <w:tc>
          <w:tcPr>
            <w:tcW w:w="644" w:type="dxa"/>
            <w:shd w:val="clear" w:color="auto" w:fill="FFF9E6"/>
            <w:vAlign w:val="center"/>
          </w:tcPr>
          <w:p w14:paraId="21B9AC88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2544" w:type="dxa"/>
            <w:shd w:val="clear" w:color="auto" w:fill="FFF9E6"/>
            <w:vAlign w:val="center"/>
          </w:tcPr>
          <w:p w14:paraId="6B1CAC14" w14:textId="2E9D8DB4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ГУДО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Могилевский областной центр творчества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</w:p>
        </w:tc>
        <w:tc>
          <w:tcPr>
            <w:tcW w:w="668" w:type="dxa"/>
            <w:shd w:val="clear" w:color="auto" w:fill="FFF9E6"/>
            <w:vAlign w:val="center"/>
          </w:tcPr>
          <w:p w14:paraId="460270D4" w14:textId="77777777" w:rsidR="00FC601A" w:rsidRPr="00F4323A" w:rsidRDefault="00FC601A" w:rsidP="00FC601A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B8860B"/>
                <w:sz w:val="16"/>
              </w:rPr>
              <w:t>1</w:t>
            </w:r>
          </w:p>
        </w:tc>
        <w:tc>
          <w:tcPr>
            <w:tcW w:w="2544" w:type="dxa"/>
            <w:shd w:val="clear" w:color="auto" w:fill="FFF9E6"/>
            <w:vAlign w:val="center"/>
          </w:tcPr>
          <w:p w14:paraId="66AF4EB4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Дудков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 Даниил Олегович, педагог доп. образования Могилевского областного центра творчества, тел +375 29 3710185</w:t>
            </w:r>
          </w:p>
        </w:tc>
      </w:tr>
      <w:tr w:rsidR="00FC601A" w:rsidRPr="00F4323A" w14:paraId="669004D0" w14:textId="77777777" w:rsidTr="00FC601A">
        <w:tc>
          <w:tcPr>
            <w:tcW w:w="397" w:type="dxa"/>
            <w:shd w:val="clear" w:color="auto" w:fill="F5F5F5"/>
            <w:vAlign w:val="center"/>
          </w:tcPr>
          <w:p w14:paraId="2289520B" w14:textId="3E223F79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584" w:type="dxa"/>
            <w:shd w:val="clear" w:color="auto" w:fill="F5F5F5"/>
            <w:vAlign w:val="center"/>
          </w:tcPr>
          <w:p w14:paraId="091D3D8D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Минская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область</w:t>
            </w:r>
            <w:proofErr w:type="spellEnd"/>
          </w:p>
        </w:tc>
        <w:tc>
          <w:tcPr>
            <w:tcW w:w="2375" w:type="dxa"/>
            <w:shd w:val="clear" w:color="auto" w:fill="F5F5F5"/>
            <w:vAlign w:val="center"/>
          </w:tcPr>
          <w:p w14:paraId="41CEFDA0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Кондратенко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Сергей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Павлович</w:t>
            </w:r>
            <w:proofErr w:type="spellEnd"/>
          </w:p>
        </w:tc>
        <w:tc>
          <w:tcPr>
            <w:tcW w:w="644" w:type="dxa"/>
            <w:shd w:val="clear" w:color="auto" w:fill="F5F5F5"/>
            <w:vAlign w:val="center"/>
          </w:tcPr>
          <w:p w14:paraId="3CE4ADD4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2544" w:type="dxa"/>
            <w:shd w:val="clear" w:color="auto" w:fill="F5F5F5"/>
            <w:vAlign w:val="center"/>
          </w:tcPr>
          <w:p w14:paraId="2BED7B87" w14:textId="212CFC4B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ГУО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Средняя школа № 2 г. Копыля имени Тишки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Гартного</w:t>
            </w:r>
            <w:proofErr w:type="spellEnd"/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</w:p>
        </w:tc>
        <w:tc>
          <w:tcPr>
            <w:tcW w:w="668" w:type="dxa"/>
            <w:shd w:val="clear" w:color="auto" w:fill="F5F5F5"/>
            <w:vAlign w:val="center"/>
          </w:tcPr>
          <w:p w14:paraId="50A8B7E5" w14:textId="77777777" w:rsidR="00FC601A" w:rsidRPr="00F4323A" w:rsidRDefault="00FC601A" w:rsidP="00FC601A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646464"/>
                <w:sz w:val="16"/>
              </w:rPr>
              <w:t>2</w:t>
            </w:r>
          </w:p>
        </w:tc>
        <w:tc>
          <w:tcPr>
            <w:tcW w:w="2544" w:type="dxa"/>
            <w:shd w:val="clear" w:color="auto" w:fill="F5F5F5"/>
            <w:vAlign w:val="center"/>
          </w:tcPr>
          <w:p w14:paraId="73A39B76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Хамицевич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Людмила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Леонидовна</w:t>
            </w:r>
            <w:proofErr w:type="spellEnd"/>
          </w:p>
        </w:tc>
      </w:tr>
      <w:tr w:rsidR="00FC601A" w:rsidRPr="00C629D5" w14:paraId="4AF33479" w14:textId="77777777" w:rsidTr="00FC601A">
        <w:tc>
          <w:tcPr>
            <w:tcW w:w="397" w:type="dxa"/>
            <w:shd w:val="clear" w:color="auto" w:fill="FFF0E0"/>
            <w:vAlign w:val="center"/>
          </w:tcPr>
          <w:p w14:paraId="3E157EA6" w14:textId="220F1E88" w:rsidR="00FC601A" w:rsidRPr="00C629D5" w:rsidRDefault="00FC601A" w:rsidP="00FC601A">
            <w:pPr>
              <w:spacing w:before="20" w:after="20"/>
              <w:rPr>
                <w:rFonts w:ascii="Times New Roman" w:hAnsi="Times New Roman" w:cs="Times New Roman"/>
                <w:highlight w:val="yellow"/>
              </w:rPr>
            </w:pPr>
            <w:r w:rsidRPr="00C629D5">
              <w:rPr>
                <w:rFonts w:ascii="Times New Roman" w:hAnsi="Times New Roman" w:cs="Times New Roman"/>
                <w:highlight w:val="yellow"/>
                <w:lang w:val="ru-RU"/>
              </w:rPr>
              <w:t>3</w:t>
            </w:r>
          </w:p>
        </w:tc>
        <w:tc>
          <w:tcPr>
            <w:tcW w:w="1584" w:type="dxa"/>
            <w:shd w:val="clear" w:color="auto" w:fill="FFF0E0"/>
            <w:vAlign w:val="center"/>
          </w:tcPr>
          <w:p w14:paraId="59A86D09" w14:textId="77777777" w:rsidR="00FC601A" w:rsidRPr="00C629D5" w:rsidRDefault="00FC601A" w:rsidP="00FC601A">
            <w:pPr>
              <w:spacing w:before="20" w:after="20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C629D5">
              <w:rPr>
                <w:rFonts w:ascii="Times New Roman" w:hAnsi="Times New Roman" w:cs="Times New Roman"/>
                <w:sz w:val="16"/>
                <w:highlight w:val="yellow"/>
              </w:rPr>
              <w:t>Брестская</w:t>
            </w:r>
            <w:proofErr w:type="spellEnd"/>
            <w:r w:rsidRPr="00C629D5">
              <w:rPr>
                <w:rFonts w:ascii="Times New Roman" w:hAnsi="Times New Roman" w:cs="Times New Roman"/>
                <w:sz w:val="16"/>
                <w:highlight w:val="yellow"/>
              </w:rPr>
              <w:t xml:space="preserve"> </w:t>
            </w:r>
            <w:proofErr w:type="spellStart"/>
            <w:r w:rsidRPr="00C629D5">
              <w:rPr>
                <w:rFonts w:ascii="Times New Roman" w:hAnsi="Times New Roman" w:cs="Times New Roman"/>
                <w:sz w:val="16"/>
                <w:highlight w:val="yellow"/>
              </w:rPr>
              <w:t>область</w:t>
            </w:r>
            <w:proofErr w:type="spellEnd"/>
          </w:p>
        </w:tc>
        <w:tc>
          <w:tcPr>
            <w:tcW w:w="2375" w:type="dxa"/>
            <w:shd w:val="clear" w:color="auto" w:fill="FFF0E0"/>
            <w:vAlign w:val="center"/>
          </w:tcPr>
          <w:p w14:paraId="2D6BDE18" w14:textId="77777777" w:rsidR="00FC601A" w:rsidRPr="00C629D5" w:rsidRDefault="00FC601A" w:rsidP="00FC601A">
            <w:pPr>
              <w:spacing w:before="20" w:after="20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C629D5">
              <w:rPr>
                <w:rFonts w:ascii="Times New Roman" w:hAnsi="Times New Roman" w:cs="Times New Roman"/>
                <w:sz w:val="16"/>
                <w:highlight w:val="yellow"/>
              </w:rPr>
              <w:t>Усачёв</w:t>
            </w:r>
            <w:proofErr w:type="spellEnd"/>
            <w:r w:rsidRPr="00C629D5">
              <w:rPr>
                <w:rFonts w:ascii="Times New Roman" w:hAnsi="Times New Roman" w:cs="Times New Roman"/>
                <w:sz w:val="16"/>
                <w:highlight w:val="yellow"/>
              </w:rPr>
              <w:t xml:space="preserve"> </w:t>
            </w:r>
            <w:proofErr w:type="spellStart"/>
            <w:r w:rsidRPr="00C629D5">
              <w:rPr>
                <w:rFonts w:ascii="Times New Roman" w:hAnsi="Times New Roman" w:cs="Times New Roman"/>
                <w:sz w:val="16"/>
                <w:highlight w:val="yellow"/>
              </w:rPr>
              <w:t>Николай</w:t>
            </w:r>
            <w:proofErr w:type="spellEnd"/>
            <w:r w:rsidRPr="00C629D5">
              <w:rPr>
                <w:rFonts w:ascii="Times New Roman" w:hAnsi="Times New Roman" w:cs="Times New Roman"/>
                <w:sz w:val="16"/>
                <w:highlight w:val="yellow"/>
              </w:rPr>
              <w:t xml:space="preserve"> </w:t>
            </w:r>
            <w:proofErr w:type="spellStart"/>
            <w:r w:rsidRPr="00C629D5">
              <w:rPr>
                <w:rFonts w:ascii="Times New Roman" w:hAnsi="Times New Roman" w:cs="Times New Roman"/>
                <w:sz w:val="16"/>
                <w:highlight w:val="yellow"/>
              </w:rPr>
              <w:t>Александрович</w:t>
            </w:r>
            <w:proofErr w:type="spellEnd"/>
          </w:p>
        </w:tc>
        <w:tc>
          <w:tcPr>
            <w:tcW w:w="644" w:type="dxa"/>
            <w:shd w:val="clear" w:color="auto" w:fill="FFF0E0"/>
            <w:vAlign w:val="center"/>
          </w:tcPr>
          <w:p w14:paraId="1E3400CF" w14:textId="77777777" w:rsidR="00FC601A" w:rsidRPr="00C629D5" w:rsidRDefault="00FC601A" w:rsidP="00FC601A">
            <w:pPr>
              <w:spacing w:before="20" w:after="20"/>
              <w:rPr>
                <w:rFonts w:ascii="Times New Roman" w:hAnsi="Times New Roman" w:cs="Times New Roman"/>
                <w:highlight w:val="yellow"/>
              </w:rPr>
            </w:pPr>
            <w:r w:rsidRPr="00C629D5">
              <w:rPr>
                <w:rFonts w:ascii="Times New Roman" w:hAnsi="Times New Roman" w:cs="Times New Roman"/>
                <w:sz w:val="16"/>
                <w:highlight w:val="yellow"/>
              </w:rPr>
              <w:t>10</w:t>
            </w:r>
          </w:p>
        </w:tc>
        <w:tc>
          <w:tcPr>
            <w:tcW w:w="2544" w:type="dxa"/>
            <w:shd w:val="clear" w:color="auto" w:fill="FFF0E0"/>
            <w:vAlign w:val="center"/>
          </w:tcPr>
          <w:p w14:paraId="4C0FC09E" w14:textId="7C8B8451" w:rsidR="00FC601A" w:rsidRPr="00C629D5" w:rsidRDefault="00FC601A" w:rsidP="00FC601A">
            <w:pPr>
              <w:spacing w:before="20" w:after="20"/>
              <w:rPr>
                <w:rFonts w:ascii="Times New Roman" w:hAnsi="Times New Roman" w:cs="Times New Roman"/>
                <w:highlight w:val="yellow"/>
                <w:lang w:val="ru-RU"/>
              </w:rPr>
            </w:pPr>
            <w:r w:rsidRPr="00C629D5">
              <w:rPr>
                <w:rFonts w:ascii="Times New Roman" w:hAnsi="Times New Roman" w:cs="Times New Roman"/>
                <w:sz w:val="16"/>
                <w:highlight w:val="yellow"/>
                <w:lang w:val="ru-RU"/>
              </w:rPr>
              <w:t xml:space="preserve">ГУО </w:t>
            </w:r>
            <w:r w:rsidR="00203833" w:rsidRPr="00C629D5">
              <w:rPr>
                <w:rFonts w:ascii="Times New Roman" w:hAnsi="Times New Roman" w:cs="Times New Roman"/>
                <w:sz w:val="16"/>
                <w:highlight w:val="yellow"/>
                <w:lang w:val="ru-RU"/>
              </w:rPr>
              <w:t>«</w:t>
            </w:r>
            <w:r w:rsidRPr="00C629D5">
              <w:rPr>
                <w:rFonts w:ascii="Times New Roman" w:hAnsi="Times New Roman" w:cs="Times New Roman"/>
                <w:sz w:val="16"/>
                <w:highlight w:val="yellow"/>
                <w:lang w:val="ru-RU"/>
              </w:rPr>
              <w:t>Средняя школа д. Черни</w:t>
            </w:r>
            <w:r w:rsidR="00203833" w:rsidRPr="00C629D5">
              <w:rPr>
                <w:rFonts w:ascii="Times New Roman" w:hAnsi="Times New Roman" w:cs="Times New Roman"/>
                <w:sz w:val="16"/>
                <w:highlight w:val="yellow"/>
                <w:lang w:val="ru-RU"/>
              </w:rPr>
              <w:t>»</w:t>
            </w:r>
          </w:p>
        </w:tc>
        <w:tc>
          <w:tcPr>
            <w:tcW w:w="668" w:type="dxa"/>
            <w:shd w:val="clear" w:color="auto" w:fill="FFF0E0"/>
            <w:vAlign w:val="center"/>
          </w:tcPr>
          <w:p w14:paraId="135D48D0" w14:textId="77777777" w:rsidR="00FC601A" w:rsidRPr="00C629D5" w:rsidRDefault="00FC601A" w:rsidP="00FC601A">
            <w:pPr>
              <w:spacing w:before="20" w:after="2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629D5">
              <w:rPr>
                <w:rFonts w:ascii="Times New Roman" w:hAnsi="Times New Roman" w:cs="Times New Roman"/>
                <w:b/>
                <w:color w:val="8B5A2B"/>
                <w:sz w:val="16"/>
                <w:highlight w:val="yellow"/>
              </w:rPr>
              <w:t>3</w:t>
            </w:r>
          </w:p>
        </w:tc>
        <w:tc>
          <w:tcPr>
            <w:tcW w:w="2544" w:type="dxa"/>
            <w:shd w:val="clear" w:color="auto" w:fill="FFF0E0"/>
            <w:vAlign w:val="center"/>
          </w:tcPr>
          <w:p w14:paraId="7CBF1E1D" w14:textId="185F1ADE" w:rsidR="00FC601A" w:rsidRPr="00C629D5" w:rsidRDefault="00FC601A" w:rsidP="00FC601A">
            <w:pPr>
              <w:spacing w:before="20" w:after="20"/>
              <w:rPr>
                <w:rFonts w:ascii="Times New Roman" w:hAnsi="Times New Roman" w:cs="Times New Roman"/>
                <w:highlight w:val="yellow"/>
                <w:lang w:val="ru-RU"/>
              </w:rPr>
            </w:pPr>
            <w:r w:rsidRPr="00C629D5">
              <w:rPr>
                <w:rFonts w:ascii="Times New Roman" w:hAnsi="Times New Roman" w:cs="Times New Roman"/>
                <w:sz w:val="16"/>
                <w:highlight w:val="yellow"/>
                <w:lang w:val="ru-RU"/>
              </w:rPr>
              <w:t xml:space="preserve">Постоялко Александр Викторович, педагог ГУО </w:t>
            </w:r>
            <w:r w:rsidR="00203833" w:rsidRPr="00C629D5">
              <w:rPr>
                <w:rFonts w:ascii="Times New Roman" w:hAnsi="Times New Roman" w:cs="Times New Roman"/>
                <w:sz w:val="16"/>
                <w:highlight w:val="yellow"/>
                <w:lang w:val="ru-RU"/>
              </w:rPr>
              <w:t>«</w:t>
            </w:r>
            <w:r w:rsidRPr="00C629D5">
              <w:rPr>
                <w:rFonts w:ascii="Times New Roman" w:hAnsi="Times New Roman" w:cs="Times New Roman"/>
                <w:sz w:val="16"/>
                <w:highlight w:val="yellow"/>
                <w:lang w:val="ru-RU"/>
              </w:rPr>
              <w:t>Средняя школа д. Черни</w:t>
            </w:r>
            <w:r w:rsidR="00203833" w:rsidRPr="00C629D5">
              <w:rPr>
                <w:rFonts w:ascii="Times New Roman" w:hAnsi="Times New Roman" w:cs="Times New Roman"/>
                <w:sz w:val="16"/>
                <w:highlight w:val="yellow"/>
                <w:lang w:val="ru-RU"/>
              </w:rPr>
              <w:t>»</w:t>
            </w:r>
          </w:p>
        </w:tc>
      </w:tr>
    </w:tbl>
    <w:p w14:paraId="6F30DC32" w14:textId="77777777" w:rsidR="00746F27" w:rsidRPr="00F4323A" w:rsidRDefault="007427FF">
      <w:pPr>
        <w:spacing w:before="120" w:after="40"/>
        <w:rPr>
          <w:rFonts w:ascii="Times New Roman" w:hAnsi="Times New Roman" w:cs="Times New Roman"/>
        </w:rPr>
      </w:pPr>
      <w:proofErr w:type="spellStart"/>
      <w:r w:rsidRPr="00F4323A">
        <w:rPr>
          <w:rFonts w:ascii="Times New Roman" w:hAnsi="Times New Roman" w:cs="Times New Roman"/>
          <w:b/>
          <w:color w:val="1F4E79"/>
          <w:sz w:val="20"/>
        </w:rPr>
        <w:t>Номинация</w:t>
      </w:r>
      <w:proofErr w:type="spellEnd"/>
      <w:r w:rsidRPr="00F4323A">
        <w:rPr>
          <w:rFonts w:ascii="Times New Roman" w:hAnsi="Times New Roman" w:cs="Times New Roman"/>
          <w:b/>
          <w:color w:val="1F4E79"/>
          <w:sz w:val="20"/>
        </w:rPr>
        <w:t xml:space="preserve"> 12: </w:t>
      </w:r>
      <w:proofErr w:type="spellStart"/>
      <w:r w:rsidRPr="00F4323A">
        <w:rPr>
          <w:rFonts w:ascii="Times New Roman" w:hAnsi="Times New Roman" w:cs="Times New Roman"/>
          <w:b/>
          <w:color w:val="1F4E79"/>
          <w:sz w:val="20"/>
        </w:rPr>
        <w:t>Фирменный</w:t>
      </w:r>
      <w:proofErr w:type="spellEnd"/>
      <w:r w:rsidRPr="00F4323A">
        <w:rPr>
          <w:rFonts w:ascii="Times New Roman" w:hAnsi="Times New Roman" w:cs="Times New Roman"/>
          <w:b/>
          <w:color w:val="1F4E79"/>
          <w:sz w:val="20"/>
        </w:rPr>
        <w:t xml:space="preserve"> </w:t>
      </w:r>
      <w:proofErr w:type="spellStart"/>
      <w:r w:rsidRPr="00F4323A">
        <w:rPr>
          <w:rFonts w:ascii="Times New Roman" w:hAnsi="Times New Roman" w:cs="Times New Roman"/>
          <w:b/>
          <w:color w:val="1F4E79"/>
          <w:sz w:val="20"/>
        </w:rPr>
        <w:t>стиль</w:t>
      </w:r>
      <w:proofErr w:type="spellEnd"/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95"/>
        <w:gridCol w:w="1553"/>
        <w:gridCol w:w="2318"/>
        <w:gridCol w:w="644"/>
        <w:gridCol w:w="2471"/>
        <w:gridCol w:w="668"/>
        <w:gridCol w:w="2481"/>
      </w:tblGrid>
      <w:tr w:rsidR="00746F27" w:rsidRPr="00F4323A" w14:paraId="398824DC" w14:textId="77777777" w:rsidTr="00203833">
        <w:tc>
          <w:tcPr>
            <w:tcW w:w="396" w:type="dxa"/>
            <w:shd w:val="clear" w:color="auto" w:fill="1F4E79"/>
            <w:vAlign w:val="center"/>
          </w:tcPr>
          <w:p w14:paraId="407C6CFD" w14:textId="77777777" w:rsidR="00746F27" w:rsidRPr="00F4323A" w:rsidRDefault="007427FF" w:rsidP="00203833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№</w:t>
            </w:r>
          </w:p>
        </w:tc>
        <w:tc>
          <w:tcPr>
            <w:tcW w:w="1583" w:type="dxa"/>
            <w:shd w:val="clear" w:color="auto" w:fill="1F4E79"/>
            <w:vAlign w:val="center"/>
          </w:tcPr>
          <w:p w14:paraId="006E0573" w14:textId="77777777" w:rsidR="00746F27" w:rsidRPr="00F4323A" w:rsidRDefault="007427FF" w:rsidP="00203833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Регион</w:t>
            </w:r>
            <w:proofErr w:type="spellEnd"/>
          </w:p>
        </w:tc>
        <w:tc>
          <w:tcPr>
            <w:tcW w:w="2376" w:type="dxa"/>
            <w:shd w:val="clear" w:color="auto" w:fill="1F4E79"/>
            <w:vAlign w:val="center"/>
          </w:tcPr>
          <w:p w14:paraId="17D3B099" w14:textId="77777777" w:rsidR="00746F27" w:rsidRPr="00F4323A" w:rsidRDefault="007427FF" w:rsidP="00203833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 xml:space="preserve">ФИО </w:t>
            </w: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участника</w:t>
            </w:r>
            <w:proofErr w:type="spellEnd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(</w:t>
            </w: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ов</w:t>
            </w:r>
            <w:proofErr w:type="spellEnd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)</w:t>
            </w:r>
          </w:p>
        </w:tc>
        <w:tc>
          <w:tcPr>
            <w:tcW w:w="644" w:type="dxa"/>
            <w:shd w:val="clear" w:color="auto" w:fill="1F4E79"/>
            <w:vAlign w:val="center"/>
          </w:tcPr>
          <w:p w14:paraId="2F2A8A51" w14:textId="77777777" w:rsidR="00746F27" w:rsidRPr="00F4323A" w:rsidRDefault="007427FF" w:rsidP="00203833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Класс</w:t>
            </w:r>
            <w:proofErr w:type="spellEnd"/>
          </w:p>
        </w:tc>
        <w:tc>
          <w:tcPr>
            <w:tcW w:w="2544" w:type="dxa"/>
            <w:shd w:val="clear" w:color="auto" w:fill="1F4E79"/>
            <w:vAlign w:val="center"/>
          </w:tcPr>
          <w:p w14:paraId="0E091544" w14:textId="77777777" w:rsidR="00746F27" w:rsidRPr="00F4323A" w:rsidRDefault="007427FF" w:rsidP="00203833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Учреждение</w:t>
            </w:r>
            <w:proofErr w:type="spellEnd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образования</w:t>
            </w:r>
            <w:proofErr w:type="spellEnd"/>
          </w:p>
        </w:tc>
        <w:tc>
          <w:tcPr>
            <w:tcW w:w="668" w:type="dxa"/>
            <w:shd w:val="clear" w:color="auto" w:fill="1F4E79"/>
            <w:vAlign w:val="center"/>
          </w:tcPr>
          <w:p w14:paraId="0D8186A5" w14:textId="77777777" w:rsidR="00746F27" w:rsidRPr="00F4323A" w:rsidRDefault="007427FF" w:rsidP="00203833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Место</w:t>
            </w:r>
            <w:proofErr w:type="spellEnd"/>
          </w:p>
        </w:tc>
        <w:tc>
          <w:tcPr>
            <w:tcW w:w="2545" w:type="dxa"/>
            <w:shd w:val="clear" w:color="auto" w:fill="1F4E79"/>
            <w:vAlign w:val="center"/>
          </w:tcPr>
          <w:p w14:paraId="3D1714DD" w14:textId="77777777" w:rsidR="00746F27" w:rsidRPr="00F4323A" w:rsidRDefault="007427FF" w:rsidP="00203833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Руководитель</w:t>
            </w:r>
            <w:proofErr w:type="spellEnd"/>
          </w:p>
        </w:tc>
      </w:tr>
      <w:tr w:rsidR="009461FA" w:rsidRPr="00F4323A" w14:paraId="2F6EB2C9" w14:textId="77777777" w:rsidTr="00203833">
        <w:tc>
          <w:tcPr>
            <w:tcW w:w="396" w:type="dxa"/>
            <w:shd w:val="clear" w:color="auto" w:fill="FFF9E6"/>
            <w:vAlign w:val="center"/>
          </w:tcPr>
          <w:p w14:paraId="36FAE17E" w14:textId="29D2E62C" w:rsidR="009461FA" w:rsidRPr="00F4323A" w:rsidRDefault="009461FA" w:rsidP="00203833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1583" w:type="dxa"/>
            <w:shd w:val="clear" w:color="auto" w:fill="FFF9E6"/>
            <w:vAlign w:val="center"/>
          </w:tcPr>
          <w:p w14:paraId="51A962E2" w14:textId="10A28024" w:rsidR="009461FA" w:rsidRPr="00F4323A" w:rsidRDefault="009461FA" w:rsidP="00203833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sz w:val="16"/>
                <w:szCs w:val="16"/>
              </w:rPr>
              <w:t xml:space="preserve">г.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Минск</w:t>
            </w:r>
            <w:proofErr w:type="spellEnd"/>
          </w:p>
        </w:tc>
        <w:tc>
          <w:tcPr>
            <w:tcW w:w="2376" w:type="dxa"/>
            <w:shd w:val="clear" w:color="auto" w:fill="FFF9E6"/>
            <w:vAlign w:val="center"/>
          </w:tcPr>
          <w:p w14:paraId="6A435636" w14:textId="480706A5" w:rsidR="009461FA" w:rsidRPr="00F4323A" w:rsidRDefault="009461FA" w:rsidP="00203833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Матвеева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Татьяна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Денисовна</w:t>
            </w:r>
            <w:proofErr w:type="spellEnd"/>
          </w:p>
        </w:tc>
        <w:tc>
          <w:tcPr>
            <w:tcW w:w="644" w:type="dxa"/>
            <w:shd w:val="clear" w:color="auto" w:fill="FFF9E6"/>
            <w:vAlign w:val="center"/>
          </w:tcPr>
          <w:p w14:paraId="344F34DA" w14:textId="5096D0FD" w:rsidR="009461FA" w:rsidRPr="00F4323A" w:rsidRDefault="009461FA" w:rsidP="00203833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544" w:type="dxa"/>
            <w:shd w:val="clear" w:color="auto" w:fill="FFF9E6"/>
            <w:vAlign w:val="center"/>
          </w:tcPr>
          <w:p w14:paraId="5DAB63DD" w14:textId="7F4182E3" w:rsidR="009461FA" w:rsidRPr="00F4323A" w:rsidRDefault="009461FA" w:rsidP="00203833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sz w:val="16"/>
                <w:szCs w:val="16"/>
              </w:rPr>
              <w:t xml:space="preserve">ГУО </w:t>
            </w:r>
            <w:r w:rsidR="00203833" w:rsidRPr="00F4323A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Гимназия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 xml:space="preserve"> № 174 г.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Минска</w:t>
            </w:r>
            <w:proofErr w:type="spellEnd"/>
            <w:r w:rsidR="00203833" w:rsidRPr="00F4323A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668" w:type="dxa"/>
            <w:shd w:val="clear" w:color="auto" w:fill="FFF9E6"/>
            <w:vAlign w:val="center"/>
          </w:tcPr>
          <w:p w14:paraId="1322F8DE" w14:textId="77777777" w:rsidR="009461FA" w:rsidRPr="00F4323A" w:rsidRDefault="009461FA" w:rsidP="00203833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b/>
                <w:color w:val="B8860B"/>
                <w:sz w:val="16"/>
                <w:szCs w:val="16"/>
              </w:rPr>
              <w:t>1</w:t>
            </w:r>
          </w:p>
        </w:tc>
        <w:tc>
          <w:tcPr>
            <w:tcW w:w="2545" w:type="dxa"/>
            <w:shd w:val="clear" w:color="auto" w:fill="FFF9E6"/>
            <w:vAlign w:val="center"/>
          </w:tcPr>
          <w:p w14:paraId="3FB21F7C" w14:textId="5C1BAA63" w:rsidR="009461FA" w:rsidRPr="00F4323A" w:rsidRDefault="009461FA" w:rsidP="00203833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Замбор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Елена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Викторовна</w:t>
            </w:r>
            <w:proofErr w:type="spellEnd"/>
          </w:p>
        </w:tc>
      </w:tr>
      <w:tr w:rsidR="009461FA" w:rsidRPr="00F4323A" w14:paraId="2205FD3A" w14:textId="77777777" w:rsidTr="00203833">
        <w:tc>
          <w:tcPr>
            <w:tcW w:w="396" w:type="dxa"/>
            <w:shd w:val="clear" w:color="auto" w:fill="F5F5F5"/>
            <w:vAlign w:val="center"/>
          </w:tcPr>
          <w:p w14:paraId="44CDA196" w14:textId="1AD4F689" w:rsidR="009461FA" w:rsidRPr="00F4323A" w:rsidRDefault="009461FA" w:rsidP="00203833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1583" w:type="dxa"/>
            <w:shd w:val="clear" w:color="auto" w:fill="F5F5F5"/>
            <w:vAlign w:val="center"/>
          </w:tcPr>
          <w:p w14:paraId="1FBCC5CB" w14:textId="39F9790E" w:rsidR="009461FA" w:rsidRPr="00F4323A" w:rsidRDefault="009461FA" w:rsidP="00203833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Витебская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область</w:t>
            </w:r>
            <w:proofErr w:type="spellEnd"/>
          </w:p>
        </w:tc>
        <w:tc>
          <w:tcPr>
            <w:tcW w:w="2376" w:type="dxa"/>
            <w:shd w:val="clear" w:color="auto" w:fill="F5F5F5"/>
            <w:vAlign w:val="center"/>
          </w:tcPr>
          <w:p w14:paraId="27FCCF78" w14:textId="32A5F08B" w:rsidR="009461FA" w:rsidRPr="00F4323A" w:rsidRDefault="009461FA" w:rsidP="00203833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Кардаш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София</w:t>
            </w:r>
            <w:proofErr w:type="spellEnd"/>
          </w:p>
        </w:tc>
        <w:tc>
          <w:tcPr>
            <w:tcW w:w="644" w:type="dxa"/>
            <w:shd w:val="clear" w:color="auto" w:fill="F5F5F5"/>
            <w:vAlign w:val="center"/>
          </w:tcPr>
          <w:p w14:paraId="28AFF674" w14:textId="2309D1E6" w:rsidR="009461FA" w:rsidRPr="00F4323A" w:rsidRDefault="009461FA" w:rsidP="00203833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544" w:type="dxa"/>
            <w:shd w:val="clear" w:color="auto" w:fill="F5F5F5"/>
            <w:vAlign w:val="center"/>
          </w:tcPr>
          <w:p w14:paraId="018E7B0A" w14:textId="4002055B" w:rsidR="009461FA" w:rsidRPr="00F4323A" w:rsidRDefault="009461FA" w:rsidP="00203833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ГУО </w:t>
            </w:r>
            <w:r w:rsidR="00203833"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Средняя школа № 17 г. Орши</w:t>
            </w:r>
            <w:r w:rsidR="00203833"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»</w:t>
            </w:r>
          </w:p>
        </w:tc>
        <w:tc>
          <w:tcPr>
            <w:tcW w:w="668" w:type="dxa"/>
            <w:shd w:val="clear" w:color="auto" w:fill="F5F5F5"/>
            <w:vAlign w:val="center"/>
          </w:tcPr>
          <w:p w14:paraId="5212D944" w14:textId="77777777" w:rsidR="009461FA" w:rsidRPr="00F4323A" w:rsidRDefault="009461FA" w:rsidP="00203833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b/>
                <w:color w:val="646464"/>
                <w:sz w:val="16"/>
                <w:szCs w:val="16"/>
              </w:rPr>
              <w:t>2</w:t>
            </w:r>
          </w:p>
        </w:tc>
        <w:tc>
          <w:tcPr>
            <w:tcW w:w="2545" w:type="dxa"/>
            <w:shd w:val="clear" w:color="auto" w:fill="F5F5F5"/>
            <w:vAlign w:val="center"/>
          </w:tcPr>
          <w:p w14:paraId="3825ED1B" w14:textId="6077C19E" w:rsidR="009461FA" w:rsidRPr="00F4323A" w:rsidRDefault="009461FA" w:rsidP="00203833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Евсюкова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Валерия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Владимировна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учитель</w:t>
            </w:r>
            <w:proofErr w:type="spellEnd"/>
          </w:p>
        </w:tc>
      </w:tr>
      <w:tr w:rsidR="009461FA" w:rsidRPr="00C629D5" w14:paraId="357CECAA" w14:textId="77777777" w:rsidTr="00203833">
        <w:tc>
          <w:tcPr>
            <w:tcW w:w="396" w:type="dxa"/>
            <w:shd w:val="clear" w:color="auto" w:fill="FFF0E0"/>
            <w:vAlign w:val="center"/>
          </w:tcPr>
          <w:p w14:paraId="5AD05A6F" w14:textId="7702A35C" w:rsidR="009461FA" w:rsidRPr="00F4323A" w:rsidRDefault="009461FA" w:rsidP="00203833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1583" w:type="dxa"/>
            <w:shd w:val="clear" w:color="auto" w:fill="FFF0E0"/>
            <w:vAlign w:val="center"/>
          </w:tcPr>
          <w:p w14:paraId="062A2F4B" w14:textId="22999E7F" w:rsidR="009461FA" w:rsidRPr="00F4323A" w:rsidRDefault="009461FA" w:rsidP="00203833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Гомельская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область</w:t>
            </w:r>
            <w:proofErr w:type="spellEnd"/>
          </w:p>
        </w:tc>
        <w:tc>
          <w:tcPr>
            <w:tcW w:w="2376" w:type="dxa"/>
            <w:shd w:val="clear" w:color="auto" w:fill="FFF0E0"/>
            <w:vAlign w:val="center"/>
          </w:tcPr>
          <w:p w14:paraId="1B64F0FE" w14:textId="7A624054" w:rsidR="009461FA" w:rsidRPr="00F4323A" w:rsidRDefault="009461FA" w:rsidP="00203833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Солдатенко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Злата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Александровна</w:t>
            </w:r>
            <w:proofErr w:type="spellEnd"/>
          </w:p>
        </w:tc>
        <w:tc>
          <w:tcPr>
            <w:tcW w:w="644" w:type="dxa"/>
            <w:shd w:val="clear" w:color="auto" w:fill="FFF0E0"/>
            <w:vAlign w:val="center"/>
          </w:tcPr>
          <w:p w14:paraId="0A7E0237" w14:textId="264AE0AF" w:rsidR="009461FA" w:rsidRPr="00F4323A" w:rsidRDefault="009461FA" w:rsidP="00203833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544" w:type="dxa"/>
            <w:shd w:val="clear" w:color="auto" w:fill="FFF0E0"/>
            <w:vAlign w:val="center"/>
          </w:tcPr>
          <w:p w14:paraId="1F27A577" w14:textId="2E7D6795" w:rsidR="009461FA" w:rsidRPr="00F4323A" w:rsidRDefault="009461FA" w:rsidP="00203833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ГУО </w:t>
            </w:r>
            <w:r w:rsidR="00203833"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Гимназия №10 г. Гомеля</w:t>
            </w:r>
            <w:r w:rsidR="00203833"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»</w:t>
            </w:r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br/>
              <w:t xml:space="preserve">ГУО </w:t>
            </w:r>
            <w:r w:rsidR="00203833"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Гомельский областной центр технического творчества детей и молодежи</w:t>
            </w:r>
            <w:r w:rsidR="00203833"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»</w:t>
            </w:r>
          </w:p>
        </w:tc>
        <w:tc>
          <w:tcPr>
            <w:tcW w:w="668" w:type="dxa"/>
            <w:shd w:val="clear" w:color="auto" w:fill="FFF0E0"/>
            <w:vAlign w:val="center"/>
          </w:tcPr>
          <w:p w14:paraId="4F038385" w14:textId="77777777" w:rsidR="009461FA" w:rsidRPr="00F4323A" w:rsidRDefault="009461FA" w:rsidP="00203833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b/>
                <w:color w:val="8B5A2B"/>
                <w:sz w:val="16"/>
                <w:szCs w:val="16"/>
              </w:rPr>
              <w:t>3</w:t>
            </w:r>
          </w:p>
        </w:tc>
        <w:tc>
          <w:tcPr>
            <w:tcW w:w="2545" w:type="dxa"/>
            <w:shd w:val="clear" w:color="auto" w:fill="FFF0E0"/>
            <w:vAlign w:val="center"/>
          </w:tcPr>
          <w:p w14:paraId="54D9757C" w14:textId="2B296399" w:rsidR="009461FA" w:rsidRPr="00F4323A" w:rsidRDefault="00203833" w:rsidP="00203833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Юрис Илона Александровна, педагог ГУО «Гомельский областной центр технического твор</w:t>
            </w:r>
            <w:r w:rsidR="009A5933"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чест</w:t>
            </w:r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ва детей и молодежи»</w:t>
            </w:r>
          </w:p>
        </w:tc>
      </w:tr>
    </w:tbl>
    <w:p w14:paraId="14900EB3" w14:textId="77777777" w:rsidR="00746F27" w:rsidRPr="00F4323A" w:rsidRDefault="007427FF">
      <w:pPr>
        <w:spacing w:before="120" w:after="40"/>
        <w:rPr>
          <w:rFonts w:ascii="Times New Roman" w:hAnsi="Times New Roman" w:cs="Times New Roman"/>
          <w:lang w:val="ru-RU"/>
        </w:rPr>
      </w:pPr>
      <w:r w:rsidRPr="00F4323A">
        <w:rPr>
          <w:rFonts w:ascii="Times New Roman" w:hAnsi="Times New Roman" w:cs="Times New Roman"/>
          <w:b/>
          <w:color w:val="1F4E79"/>
          <w:sz w:val="20"/>
          <w:lang w:val="ru-RU"/>
        </w:rPr>
        <w:t>Номинация 13: Дизайн интерфейса (</w:t>
      </w:r>
      <w:r w:rsidRPr="00F4323A">
        <w:rPr>
          <w:rFonts w:ascii="Times New Roman" w:hAnsi="Times New Roman" w:cs="Times New Roman"/>
          <w:b/>
          <w:color w:val="1F4E79"/>
          <w:sz w:val="20"/>
        </w:rPr>
        <w:t>UI</w:t>
      </w:r>
      <w:r w:rsidRPr="00F4323A">
        <w:rPr>
          <w:rFonts w:ascii="Times New Roman" w:hAnsi="Times New Roman" w:cs="Times New Roman"/>
          <w:b/>
          <w:color w:val="1F4E79"/>
          <w:sz w:val="20"/>
          <w:lang w:val="ru-RU"/>
        </w:rPr>
        <w:t>/</w:t>
      </w:r>
      <w:r w:rsidRPr="00F4323A">
        <w:rPr>
          <w:rFonts w:ascii="Times New Roman" w:hAnsi="Times New Roman" w:cs="Times New Roman"/>
          <w:b/>
          <w:color w:val="1F4E79"/>
          <w:sz w:val="20"/>
        </w:rPr>
        <w:t>UX</w:t>
      </w:r>
      <w:r w:rsidRPr="00F4323A">
        <w:rPr>
          <w:rFonts w:ascii="Times New Roman" w:hAnsi="Times New Roman" w:cs="Times New Roman"/>
          <w:b/>
          <w:color w:val="1F4E79"/>
          <w:sz w:val="20"/>
          <w:lang w:val="ru-RU"/>
        </w:rPr>
        <w:t>)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96"/>
        <w:gridCol w:w="1552"/>
        <w:gridCol w:w="2316"/>
        <w:gridCol w:w="644"/>
        <w:gridCol w:w="2473"/>
        <w:gridCol w:w="668"/>
        <w:gridCol w:w="2481"/>
      </w:tblGrid>
      <w:tr w:rsidR="00746F27" w:rsidRPr="00F4323A" w14:paraId="010A290F" w14:textId="77777777" w:rsidTr="00FC601A">
        <w:tc>
          <w:tcPr>
            <w:tcW w:w="396" w:type="dxa"/>
            <w:shd w:val="clear" w:color="auto" w:fill="1F4E79"/>
            <w:vAlign w:val="center"/>
          </w:tcPr>
          <w:p w14:paraId="7590B3CE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№</w:t>
            </w:r>
          </w:p>
        </w:tc>
        <w:tc>
          <w:tcPr>
            <w:tcW w:w="1583" w:type="dxa"/>
            <w:shd w:val="clear" w:color="auto" w:fill="1F4E79"/>
            <w:vAlign w:val="center"/>
          </w:tcPr>
          <w:p w14:paraId="4B4ECA50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Регион</w:t>
            </w:r>
            <w:proofErr w:type="spellEnd"/>
          </w:p>
        </w:tc>
        <w:tc>
          <w:tcPr>
            <w:tcW w:w="2376" w:type="dxa"/>
            <w:shd w:val="clear" w:color="auto" w:fill="1F4E79"/>
            <w:vAlign w:val="center"/>
          </w:tcPr>
          <w:p w14:paraId="28B44F3B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 xml:space="preserve">ФИО </w:t>
            </w: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участника</w:t>
            </w:r>
            <w:proofErr w:type="spellEnd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(</w:t>
            </w: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ов</w:t>
            </w:r>
            <w:proofErr w:type="spellEnd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)</w:t>
            </w:r>
          </w:p>
        </w:tc>
        <w:tc>
          <w:tcPr>
            <w:tcW w:w="644" w:type="dxa"/>
            <w:shd w:val="clear" w:color="auto" w:fill="1F4E79"/>
            <w:vAlign w:val="center"/>
          </w:tcPr>
          <w:p w14:paraId="2850610D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Класс</w:t>
            </w:r>
            <w:proofErr w:type="spellEnd"/>
          </w:p>
        </w:tc>
        <w:tc>
          <w:tcPr>
            <w:tcW w:w="2544" w:type="dxa"/>
            <w:shd w:val="clear" w:color="auto" w:fill="1F4E79"/>
            <w:vAlign w:val="center"/>
          </w:tcPr>
          <w:p w14:paraId="2EA808AA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Учреждение</w:t>
            </w:r>
            <w:proofErr w:type="spellEnd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образования</w:t>
            </w:r>
            <w:proofErr w:type="spellEnd"/>
          </w:p>
        </w:tc>
        <w:tc>
          <w:tcPr>
            <w:tcW w:w="668" w:type="dxa"/>
            <w:shd w:val="clear" w:color="auto" w:fill="1F4E79"/>
            <w:vAlign w:val="center"/>
          </w:tcPr>
          <w:p w14:paraId="7F612C88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Место</w:t>
            </w:r>
            <w:proofErr w:type="spellEnd"/>
          </w:p>
        </w:tc>
        <w:tc>
          <w:tcPr>
            <w:tcW w:w="2545" w:type="dxa"/>
            <w:shd w:val="clear" w:color="auto" w:fill="1F4E79"/>
            <w:vAlign w:val="center"/>
          </w:tcPr>
          <w:p w14:paraId="4DF6683F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  <w:t>Руководитель</w:t>
            </w:r>
            <w:proofErr w:type="spellEnd"/>
          </w:p>
        </w:tc>
      </w:tr>
      <w:tr w:rsidR="00FF7832" w:rsidRPr="00C629D5" w14:paraId="4FE57DA7" w14:textId="77777777" w:rsidTr="00FC601A">
        <w:tc>
          <w:tcPr>
            <w:tcW w:w="396" w:type="dxa"/>
            <w:shd w:val="clear" w:color="auto" w:fill="FFF9E6"/>
            <w:vAlign w:val="center"/>
          </w:tcPr>
          <w:p w14:paraId="7DD5D4B3" w14:textId="7E3B1476" w:rsidR="00FF7832" w:rsidRPr="00F4323A" w:rsidRDefault="00FF7832" w:rsidP="00FF7832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1583" w:type="dxa"/>
            <w:shd w:val="clear" w:color="auto" w:fill="FFF9E6"/>
            <w:vAlign w:val="center"/>
          </w:tcPr>
          <w:p w14:paraId="0F4DD656" w14:textId="24D1BD09" w:rsidR="00FF7832" w:rsidRPr="00F4323A" w:rsidRDefault="00FF7832" w:rsidP="00FF7832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Гомельская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область</w:t>
            </w:r>
            <w:proofErr w:type="spellEnd"/>
          </w:p>
        </w:tc>
        <w:tc>
          <w:tcPr>
            <w:tcW w:w="2376" w:type="dxa"/>
            <w:shd w:val="clear" w:color="auto" w:fill="FFF9E6"/>
            <w:vAlign w:val="center"/>
          </w:tcPr>
          <w:p w14:paraId="38245146" w14:textId="1D4DC28F" w:rsidR="00FF7832" w:rsidRPr="00F4323A" w:rsidRDefault="00FF7832" w:rsidP="00FF7832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Кебиков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Александр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Вячеславович</w:t>
            </w:r>
            <w:proofErr w:type="spellEnd"/>
          </w:p>
        </w:tc>
        <w:tc>
          <w:tcPr>
            <w:tcW w:w="644" w:type="dxa"/>
            <w:shd w:val="clear" w:color="auto" w:fill="FFF9E6"/>
            <w:vAlign w:val="center"/>
          </w:tcPr>
          <w:p w14:paraId="644EAE76" w14:textId="4B2DBBF2" w:rsidR="00FF7832" w:rsidRPr="00F4323A" w:rsidRDefault="00FF7832" w:rsidP="00FF7832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544" w:type="dxa"/>
            <w:shd w:val="clear" w:color="auto" w:fill="FFF9E6"/>
            <w:vAlign w:val="center"/>
          </w:tcPr>
          <w:p w14:paraId="3987E25F" w14:textId="57E76921" w:rsidR="00FF7832" w:rsidRPr="00F4323A" w:rsidRDefault="00FF7832" w:rsidP="00FF7832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ГУО </w:t>
            </w:r>
            <w:r w:rsidR="00203833"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Гимназия №56 г. Гомеля им. </w:t>
            </w:r>
            <w:r w:rsidRPr="00F4323A">
              <w:rPr>
                <w:rFonts w:ascii="Times New Roman" w:hAnsi="Times New Roman" w:cs="Times New Roman"/>
                <w:sz w:val="16"/>
                <w:szCs w:val="16"/>
              </w:rPr>
              <w:t xml:space="preserve">А.А.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Вишневского</w:t>
            </w:r>
            <w:proofErr w:type="spellEnd"/>
            <w:r w:rsidR="00203833" w:rsidRPr="00F4323A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668" w:type="dxa"/>
            <w:shd w:val="clear" w:color="auto" w:fill="FFF9E6"/>
            <w:vAlign w:val="center"/>
          </w:tcPr>
          <w:p w14:paraId="2D0439DE" w14:textId="77777777" w:rsidR="00FF7832" w:rsidRPr="00F4323A" w:rsidRDefault="00FF7832" w:rsidP="00FF7832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b/>
                <w:color w:val="B8860B"/>
                <w:sz w:val="16"/>
                <w:szCs w:val="16"/>
              </w:rPr>
              <w:t>1</w:t>
            </w:r>
          </w:p>
        </w:tc>
        <w:tc>
          <w:tcPr>
            <w:tcW w:w="2545" w:type="dxa"/>
            <w:shd w:val="clear" w:color="auto" w:fill="FFF9E6"/>
            <w:vAlign w:val="center"/>
          </w:tcPr>
          <w:p w14:paraId="162CCDF2" w14:textId="0C89EE9E" w:rsidR="00FF7832" w:rsidRPr="00F4323A" w:rsidRDefault="00203833" w:rsidP="00203833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Макеенко Андрей Сергеевич - педагог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доп.образования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ГУО «Гомельский областной центр технического творчества детей и молодежи»</w:t>
            </w:r>
          </w:p>
        </w:tc>
      </w:tr>
      <w:tr w:rsidR="00FF7832" w:rsidRPr="00F4323A" w14:paraId="3FADE3C8" w14:textId="77777777" w:rsidTr="00FC601A">
        <w:tc>
          <w:tcPr>
            <w:tcW w:w="396" w:type="dxa"/>
            <w:shd w:val="clear" w:color="auto" w:fill="F5F5F5"/>
            <w:vAlign w:val="center"/>
          </w:tcPr>
          <w:p w14:paraId="3212471C" w14:textId="3B8D01C2" w:rsidR="00FF7832" w:rsidRPr="00F4323A" w:rsidRDefault="00FF7832" w:rsidP="00FF7832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1583" w:type="dxa"/>
            <w:shd w:val="clear" w:color="auto" w:fill="F5F5F5"/>
            <w:vAlign w:val="center"/>
          </w:tcPr>
          <w:p w14:paraId="023ED60A" w14:textId="14E4BE3E" w:rsidR="00FF7832" w:rsidRPr="00F4323A" w:rsidRDefault="00FF7832" w:rsidP="00FF7832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Витебская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область</w:t>
            </w:r>
            <w:proofErr w:type="spellEnd"/>
          </w:p>
        </w:tc>
        <w:tc>
          <w:tcPr>
            <w:tcW w:w="2376" w:type="dxa"/>
            <w:shd w:val="clear" w:color="auto" w:fill="F5F5F5"/>
            <w:vAlign w:val="center"/>
          </w:tcPr>
          <w:p w14:paraId="3FA60171" w14:textId="26630DD1" w:rsidR="00FF7832" w:rsidRPr="00F4323A" w:rsidRDefault="00FF7832" w:rsidP="00FF7832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Грищук</w:t>
            </w:r>
            <w:r w:rsidRPr="00F432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Николай</w:t>
            </w:r>
            <w:proofErr w:type="spellEnd"/>
          </w:p>
        </w:tc>
        <w:tc>
          <w:tcPr>
            <w:tcW w:w="644" w:type="dxa"/>
            <w:shd w:val="clear" w:color="auto" w:fill="F5F5F5"/>
            <w:vAlign w:val="center"/>
          </w:tcPr>
          <w:p w14:paraId="5E9234A7" w14:textId="4115D4BB" w:rsidR="00FF7832" w:rsidRPr="00F4323A" w:rsidRDefault="00FF7832" w:rsidP="00FF7832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544" w:type="dxa"/>
            <w:shd w:val="clear" w:color="auto" w:fill="F5F5F5"/>
            <w:vAlign w:val="center"/>
          </w:tcPr>
          <w:p w14:paraId="29FACB07" w14:textId="661E526F" w:rsidR="00FF7832" w:rsidRPr="00F4323A" w:rsidRDefault="00FF7832" w:rsidP="00FF7832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ГУО </w:t>
            </w:r>
            <w:r w:rsidR="00203833"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Гимназия № 5 г. Витебска имени И.И.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Людникова</w:t>
            </w:r>
            <w:proofErr w:type="spellEnd"/>
            <w:r w:rsidR="00203833"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»</w:t>
            </w:r>
          </w:p>
        </w:tc>
        <w:tc>
          <w:tcPr>
            <w:tcW w:w="668" w:type="dxa"/>
            <w:shd w:val="clear" w:color="auto" w:fill="F5F5F5"/>
            <w:vAlign w:val="center"/>
          </w:tcPr>
          <w:p w14:paraId="154B95A6" w14:textId="77777777" w:rsidR="00FF7832" w:rsidRPr="00F4323A" w:rsidRDefault="00FF7832" w:rsidP="00FF7832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b/>
                <w:color w:val="646464"/>
                <w:sz w:val="16"/>
                <w:szCs w:val="16"/>
              </w:rPr>
              <w:t>2</w:t>
            </w:r>
          </w:p>
        </w:tc>
        <w:tc>
          <w:tcPr>
            <w:tcW w:w="2545" w:type="dxa"/>
            <w:shd w:val="clear" w:color="auto" w:fill="F5F5F5"/>
            <w:vAlign w:val="center"/>
          </w:tcPr>
          <w:p w14:paraId="0FB8CD6F" w14:textId="69695B70" w:rsidR="00FF7832" w:rsidRPr="00F4323A" w:rsidRDefault="00FF7832" w:rsidP="00FF7832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Глуховская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Елена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Петровна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учитель</w:t>
            </w:r>
            <w:proofErr w:type="spellEnd"/>
          </w:p>
        </w:tc>
      </w:tr>
      <w:tr w:rsidR="00FF7832" w:rsidRPr="00F4323A" w14:paraId="7EB722BD" w14:textId="77777777" w:rsidTr="00FC601A">
        <w:tc>
          <w:tcPr>
            <w:tcW w:w="396" w:type="dxa"/>
            <w:shd w:val="clear" w:color="auto" w:fill="FFF0E0"/>
            <w:vAlign w:val="center"/>
          </w:tcPr>
          <w:p w14:paraId="0D083BF0" w14:textId="2B8931F1" w:rsidR="00FF7832" w:rsidRPr="00F4323A" w:rsidRDefault="00FF7832" w:rsidP="00FF7832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1583" w:type="dxa"/>
            <w:shd w:val="clear" w:color="auto" w:fill="FFF0E0"/>
            <w:vAlign w:val="center"/>
          </w:tcPr>
          <w:p w14:paraId="0FF01638" w14:textId="18451E79" w:rsidR="00FF7832" w:rsidRPr="00F4323A" w:rsidRDefault="00FF7832" w:rsidP="00FF7832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sz w:val="16"/>
                <w:szCs w:val="16"/>
              </w:rPr>
              <w:t xml:space="preserve">г.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Минск</w:t>
            </w:r>
            <w:proofErr w:type="spellEnd"/>
          </w:p>
        </w:tc>
        <w:tc>
          <w:tcPr>
            <w:tcW w:w="2376" w:type="dxa"/>
            <w:shd w:val="clear" w:color="auto" w:fill="FFF0E0"/>
            <w:vAlign w:val="center"/>
          </w:tcPr>
          <w:p w14:paraId="08912662" w14:textId="2EAEC374" w:rsidR="00FF7832" w:rsidRPr="00F4323A" w:rsidRDefault="00FF7832" w:rsidP="00FF7832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Блещик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Электра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Вячеславовна</w:t>
            </w:r>
            <w:proofErr w:type="spellEnd"/>
          </w:p>
        </w:tc>
        <w:tc>
          <w:tcPr>
            <w:tcW w:w="644" w:type="dxa"/>
            <w:shd w:val="clear" w:color="auto" w:fill="FFF0E0"/>
            <w:vAlign w:val="center"/>
          </w:tcPr>
          <w:p w14:paraId="437A2E61" w14:textId="018CF52A" w:rsidR="00FF7832" w:rsidRPr="00F4323A" w:rsidRDefault="00FF7832" w:rsidP="00FF7832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544" w:type="dxa"/>
            <w:shd w:val="clear" w:color="auto" w:fill="FFF0E0"/>
            <w:vAlign w:val="center"/>
          </w:tcPr>
          <w:p w14:paraId="41522298" w14:textId="12B8CA18" w:rsidR="00FF7832" w:rsidRPr="00F4323A" w:rsidRDefault="00FF7832" w:rsidP="00FF7832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ГУО </w:t>
            </w:r>
            <w:r w:rsidR="00203833"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Средняя школа № 141 г. Минска</w:t>
            </w:r>
            <w:r w:rsidR="00203833"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»</w:t>
            </w:r>
          </w:p>
        </w:tc>
        <w:tc>
          <w:tcPr>
            <w:tcW w:w="668" w:type="dxa"/>
            <w:shd w:val="clear" w:color="auto" w:fill="FFF0E0"/>
            <w:vAlign w:val="center"/>
          </w:tcPr>
          <w:p w14:paraId="0705F584" w14:textId="77777777" w:rsidR="00FF7832" w:rsidRPr="00F4323A" w:rsidRDefault="00FF7832" w:rsidP="00FF7832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323A">
              <w:rPr>
                <w:rFonts w:ascii="Times New Roman" w:hAnsi="Times New Roman" w:cs="Times New Roman"/>
                <w:b/>
                <w:color w:val="8B5A2B"/>
                <w:sz w:val="16"/>
                <w:szCs w:val="16"/>
              </w:rPr>
              <w:t>3</w:t>
            </w:r>
          </w:p>
        </w:tc>
        <w:tc>
          <w:tcPr>
            <w:tcW w:w="2545" w:type="dxa"/>
            <w:shd w:val="clear" w:color="auto" w:fill="FFF0E0"/>
            <w:vAlign w:val="center"/>
          </w:tcPr>
          <w:p w14:paraId="0AA889B2" w14:textId="5CFF0D4D" w:rsidR="00FF7832" w:rsidRPr="00F4323A" w:rsidRDefault="00FF7832" w:rsidP="00FF7832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Божко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Никита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</w:rPr>
              <w:t>Дмитриевич</w:t>
            </w:r>
            <w:proofErr w:type="spellEnd"/>
          </w:p>
        </w:tc>
      </w:tr>
    </w:tbl>
    <w:p w14:paraId="52BCABE3" w14:textId="5D27FEB4" w:rsidR="00746F27" w:rsidRPr="00F4323A" w:rsidRDefault="007427FF">
      <w:pPr>
        <w:spacing w:before="120" w:after="40"/>
        <w:rPr>
          <w:rFonts w:ascii="Times New Roman" w:hAnsi="Times New Roman" w:cs="Times New Roman"/>
        </w:rPr>
      </w:pPr>
      <w:proofErr w:type="spellStart"/>
      <w:r w:rsidRPr="00F4323A">
        <w:rPr>
          <w:rFonts w:ascii="Times New Roman" w:hAnsi="Times New Roman" w:cs="Times New Roman"/>
          <w:b/>
          <w:color w:val="1F4E79"/>
          <w:sz w:val="20"/>
        </w:rPr>
        <w:t>Номинация</w:t>
      </w:r>
      <w:proofErr w:type="spellEnd"/>
      <w:r w:rsidRPr="00F4323A">
        <w:rPr>
          <w:rFonts w:ascii="Times New Roman" w:hAnsi="Times New Roman" w:cs="Times New Roman"/>
          <w:b/>
          <w:color w:val="1F4E79"/>
          <w:sz w:val="20"/>
        </w:rPr>
        <w:t xml:space="preserve"> 14: </w:t>
      </w:r>
      <w:proofErr w:type="spellStart"/>
      <w:r w:rsidRPr="00F4323A">
        <w:rPr>
          <w:rFonts w:ascii="Times New Roman" w:hAnsi="Times New Roman" w:cs="Times New Roman"/>
          <w:b/>
          <w:color w:val="1F4E79"/>
          <w:sz w:val="20"/>
        </w:rPr>
        <w:t>Автономные</w:t>
      </w:r>
      <w:proofErr w:type="spellEnd"/>
      <w:r w:rsidRPr="00F4323A">
        <w:rPr>
          <w:rFonts w:ascii="Times New Roman" w:hAnsi="Times New Roman" w:cs="Times New Roman"/>
          <w:b/>
          <w:color w:val="1F4E79"/>
          <w:sz w:val="20"/>
        </w:rPr>
        <w:t xml:space="preserve"> </w:t>
      </w:r>
      <w:proofErr w:type="spellStart"/>
      <w:r w:rsidRPr="00F4323A">
        <w:rPr>
          <w:rFonts w:ascii="Times New Roman" w:hAnsi="Times New Roman" w:cs="Times New Roman"/>
          <w:b/>
          <w:color w:val="1F4E79"/>
          <w:sz w:val="20"/>
        </w:rPr>
        <w:t>роботы</w:t>
      </w:r>
      <w:proofErr w:type="spellEnd"/>
      <w:r w:rsidRPr="00F4323A">
        <w:rPr>
          <w:rFonts w:ascii="Times New Roman" w:hAnsi="Times New Roman" w:cs="Times New Roman"/>
          <w:b/>
          <w:color w:val="1F4E79"/>
          <w:sz w:val="20"/>
        </w:rPr>
        <w:t xml:space="preserve">: </w:t>
      </w:r>
      <w:r w:rsidR="00203833" w:rsidRPr="00F4323A">
        <w:rPr>
          <w:rFonts w:ascii="Times New Roman" w:hAnsi="Times New Roman" w:cs="Times New Roman"/>
          <w:b/>
          <w:color w:val="1F4E79"/>
          <w:sz w:val="20"/>
        </w:rPr>
        <w:t>«</w:t>
      </w:r>
      <w:proofErr w:type="spellStart"/>
      <w:r w:rsidRPr="00F4323A">
        <w:rPr>
          <w:rFonts w:ascii="Times New Roman" w:hAnsi="Times New Roman" w:cs="Times New Roman"/>
          <w:b/>
          <w:color w:val="1F4E79"/>
          <w:sz w:val="20"/>
        </w:rPr>
        <w:t>Эстафета</w:t>
      </w:r>
      <w:proofErr w:type="spellEnd"/>
      <w:r w:rsidR="00203833" w:rsidRPr="00F4323A">
        <w:rPr>
          <w:rFonts w:ascii="Times New Roman" w:hAnsi="Times New Roman" w:cs="Times New Roman"/>
          <w:b/>
          <w:color w:val="1F4E79"/>
          <w:sz w:val="20"/>
        </w:rPr>
        <w:t>»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97"/>
        <w:gridCol w:w="1554"/>
        <w:gridCol w:w="2341"/>
        <w:gridCol w:w="644"/>
        <w:gridCol w:w="2458"/>
        <w:gridCol w:w="668"/>
        <w:gridCol w:w="2468"/>
      </w:tblGrid>
      <w:tr w:rsidR="00746F27" w:rsidRPr="00F4323A" w14:paraId="5DCAB046" w14:textId="77777777" w:rsidTr="00FC601A">
        <w:tc>
          <w:tcPr>
            <w:tcW w:w="398" w:type="dxa"/>
            <w:shd w:val="clear" w:color="auto" w:fill="1F4E79"/>
            <w:vAlign w:val="center"/>
          </w:tcPr>
          <w:p w14:paraId="2B1B0DCA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№</w:t>
            </w:r>
          </w:p>
        </w:tc>
        <w:tc>
          <w:tcPr>
            <w:tcW w:w="1584" w:type="dxa"/>
            <w:shd w:val="clear" w:color="auto" w:fill="1F4E79"/>
            <w:vAlign w:val="center"/>
          </w:tcPr>
          <w:p w14:paraId="47ECCE8E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Регион</w:t>
            </w:r>
            <w:proofErr w:type="spellEnd"/>
          </w:p>
        </w:tc>
        <w:tc>
          <w:tcPr>
            <w:tcW w:w="2377" w:type="dxa"/>
            <w:shd w:val="clear" w:color="auto" w:fill="1F4E79"/>
            <w:vAlign w:val="center"/>
          </w:tcPr>
          <w:p w14:paraId="62BD050F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 xml:space="preserve">ФИО </w:t>
            </w: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участника</w:t>
            </w:r>
            <w:proofErr w:type="spellEnd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(</w:t>
            </w: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ов</w:t>
            </w:r>
            <w:proofErr w:type="spellEnd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)</w:t>
            </w:r>
          </w:p>
        </w:tc>
        <w:tc>
          <w:tcPr>
            <w:tcW w:w="644" w:type="dxa"/>
            <w:shd w:val="clear" w:color="auto" w:fill="1F4E79"/>
            <w:vAlign w:val="center"/>
          </w:tcPr>
          <w:p w14:paraId="08780ABC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Класс</w:t>
            </w:r>
            <w:proofErr w:type="spellEnd"/>
          </w:p>
        </w:tc>
        <w:tc>
          <w:tcPr>
            <w:tcW w:w="2542" w:type="dxa"/>
            <w:shd w:val="clear" w:color="auto" w:fill="1F4E79"/>
            <w:vAlign w:val="center"/>
          </w:tcPr>
          <w:p w14:paraId="00409290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Учреждение</w:t>
            </w:r>
            <w:proofErr w:type="spellEnd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образования</w:t>
            </w:r>
            <w:proofErr w:type="spellEnd"/>
          </w:p>
        </w:tc>
        <w:tc>
          <w:tcPr>
            <w:tcW w:w="668" w:type="dxa"/>
            <w:shd w:val="clear" w:color="auto" w:fill="1F4E79"/>
            <w:vAlign w:val="center"/>
          </w:tcPr>
          <w:p w14:paraId="48433DA2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Место</w:t>
            </w:r>
            <w:proofErr w:type="spellEnd"/>
          </w:p>
        </w:tc>
        <w:tc>
          <w:tcPr>
            <w:tcW w:w="2543" w:type="dxa"/>
            <w:shd w:val="clear" w:color="auto" w:fill="1F4E79"/>
            <w:vAlign w:val="center"/>
          </w:tcPr>
          <w:p w14:paraId="56A046D8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Руководитель</w:t>
            </w:r>
            <w:proofErr w:type="spellEnd"/>
          </w:p>
        </w:tc>
      </w:tr>
      <w:tr w:rsidR="00FC601A" w:rsidRPr="00C629D5" w14:paraId="6D72A671" w14:textId="77777777" w:rsidTr="00FC601A">
        <w:tc>
          <w:tcPr>
            <w:tcW w:w="398" w:type="dxa"/>
            <w:shd w:val="clear" w:color="auto" w:fill="FFF9E6"/>
            <w:vAlign w:val="center"/>
          </w:tcPr>
          <w:p w14:paraId="43D9452C" w14:textId="15CD4D0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584" w:type="dxa"/>
            <w:shd w:val="clear" w:color="auto" w:fill="FFF9E6"/>
            <w:vAlign w:val="center"/>
          </w:tcPr>
          <w:p w14:paraId="013F775D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Гродненская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область</w:t>
            </w:r>
            <w:proofErr w:type="spellEnd"/>
          </w:p>
        </w:tc>
        <w:tc>
          <w:tcPr>
            <w:tcW w:w="2377" w:type="dxa"/>
            <w:shd w:val="clear" w:color="auto" w:fill="FFF9E6"/>
            <w:vAlign w:val="center"/>
          </w:tcPr>
          <w:p w14:paraId="3099D115" w14:textId="77777777" w:rsidR="00B626BC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sz w:val="16"/>
                <w:lang w:val="ru-RU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Батаев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Михаил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</w:p>
          <w:p w14:paraId="7AD2DE1C" w14:textId="51F7F5B4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Киган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Глеб</w:t>
            </w:r>
            <w:proofErr w:type="spellEnd"/>
          </w:p>
        </w:tc>
        <w:tc>
          <w:tcPr>
            <w:tcW w:w="644" w:type="dxa"/>
            <w:shd w:val="clear" w:color="auto" w:fill="FFF9E6"/>
            <w:vAlign w:val="center"/>
          </w:tcPr>
          <w:p w14:paraId="069FC246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2542" w:type="dxa"/>
            <w:shd w:val="clear" w:color="auto" w:fill="FFF9E6"/>
            <w:vAlign w:val="center"/>
          </w:tcPr>
          <w:p w14:paraId="55E38CA4" w14:textId="6A095372" w:rsidR="00B626BC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sz w:val="16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ГУО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Гимназия №9 имени Ф.П. Кириченко г. Гродно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</w:p>
          <w:p w14:paraId="39ECBE3D" w14:textId="11316656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ГУО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Гимназия №4 имени Д.В. Казакевича г. Гродно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</w:p>
        </w:tc>
        <w:tc>
          <w:tcPr>
            <w:tcW w:w="668" w:type="dxa"/>
            <w:shd w:val="clear" w:color="auto" w:fill="FFF9E6"/>
            <w:vAlign w:val="center"/>
          </w:tcPr>
          <w:p w14:paraId="4A4AF696" w14:textId="77777777" w:rsidR="00FC601A" w:rsidRPr="00F4323A" w:rsidRDefault="00FC601A" w:rsidP="00FC601A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B8860B"/>
                <w:sz w:val="16"/>
              </w:rPr>
              <w:t>1</w:t>
            </w:r>
          </w:p>
        </w:tc>
        <w:tc>
          <w:tcPr>
            <w:tcW w:w="2543" w:type="dxa"/>
            <w:shd w:val="clear" w:color="auto" w:fill="FFF9E6"/>
            <w:vAlign w:val="center"/>
          </w:tcPr>
          <w:p w14:paraId="6B49989D" w14:textId="696D5AF4" w:rsidR="00B626BC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sz w:val="16"/>
                <w:lang w:val="ru-RU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Янулевич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 Елена Петровна, учитель информатики ГУО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Гимназия №9 имени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Ф.П.Кириченко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г.Гродно</w:t>
            </w:r>
            <w:proofErr w:type="spellEnd"/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;</w:t>
            </w:r>
          </w:p>
          <w:p w14:paraId="54439BE1" w14:textId="77777777" w:rsidR="00EB5F27" w:rsidRPr="00F4323A" w:rsidRDefault="00EB5F27" w:rsidP="00FC601A">
            <w:pPr>
              <w:spacing w:before="20" w:after="20"/>
              <w:rPr>
                <w:rFonts w:ascii="Times New Roman" w:hAnsi="Times New Roman" w:cs="Times New Roman"/>
                <w:sz w:val="16"/>
                <w:lang w:val="ru-RU"/>
              </w:rPr>
            </w:pPr>
          </w:p>
          <w:p w14:paraId="5914FF4D" w14:textId="20F536DD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sz w:val="16"/>
                <w:lang w:val="ru-RU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Матяс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 Ирина Николаевна, учитель ГУО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Гимназия №4 имени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Д.В.Казакевича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г.Гродно</w:t>
            </w:r>
            <w:proofErr w:type="spellEnd"/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</w:p>
          <w:p w14:paraId="1FDD33FC" w14:textId="77777777" w:rsidR="00EB5F27" w:rsidRPr="00F4323A" w:rsidRDefault="00EB5F27" w:rsidP="00FC601A">
            <w:pPr>
              <w:spacing w:before="20" w:after="20"/>
              <w:rPr>
                <w:rFonts w:ascii="Times New Roman" w:hAnsi="Times New Roman" w:cs="Times New Roman"/>
                <w:sz w:val="16"/>
                <w:lang w:val="ru-RU"/>
              </w:rPr>
            </w:pPr>
          </w:p>
          <w:p w14:paraId="15930CE2" w14:textId="1E143B01" w:rsidR="00B626BC" w:rsidRPr="00F4323A" w:rsidRDefault="00B626BC" w:rsidP="00B626BC">
            <w:pPr>
              <w:spacing w:before="20" w:after="20"/>
              <w:rPr>
                <w:rFonts w:ascii="Times New Roman" w:hAnsi="Times New Roman" w:cs="Times New Roman"/>
                <w:sz w:val="16"/>
                <w:lang w:val="ru-RU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Погребнев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 Сергей Сергеевич, тренер центра образовательной робототехники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Robolife</w:t>
            </w:r>
            <w:proofErr w:type="spellEnd"/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.</w:t>
            </w:r>
          </w:p>
          <w:p w14:paraId="38E2BCD2" w14:textId="6B47050D" w:rsidR="00B626BC" w:rsidRPr="00F4323A" w:rsidRDefault="00B626BC" w:rsidP="00B626BC">
            <w:pPr>
              <w:spacing w:before="20" w:after="20"/>
              <w:rPr>
                <w:rFonts w:ascii="Times New Roman" w:hAnsi="Times New Roman" w:cs="Times New Roman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ГУО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Средняя школа №3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г.Островца</w:t>
            </w:r>
            <w:proofErr w:type="spellEnd"/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</w:p>
        </w:tc>
      </w:tr>
      <w:tr w:rsidR="00FC601A" w:rsidRPr="00C629D5" w14:paraId="7C6172E3" w14:textId="77777777" w:rsidTr="00FC601A">
        <w:tc>
          <w:tcPr>
            <w:tcW w:w="398" w:type="dxa"/>
            <w:shd w:val="clear" w:color="auto" w:fill="F5F5F5"/>
            <w:vAlign w:val="center"/>
          </w:tcPr>
          <w:p w14:paraId="62683B4E" w14:textId="1F656629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584" w:type="dxa"/>
            <w:shd w:val="clear" w:color="auto" w:fill="F5F5F5"/>
            <w:vAlign w:val="center"/>
          </w:tcPr>
          <w:p w14:paraId="53B7FBB9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Могилёвская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область</w:t>
            </w:r>
            <w:proofErr w:type="spellEnd"/>
          </w:p>
        </w:tc>
        <w:tc>
          <w:tcPr>
            <w:tcW w:w="2377" w:type="dxa"/>
            <w:shd w:val="clear" w:color="auto" w:fill="F5F5F5"/>
            <w:vAlign w:val="center"/>
          </w:tcPr>
          <w:p w14:paraId="4E0FD30F" w14:textId="77777777" w:rsidR="0049745D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sz w:val="16"/>
                <w:lang w:val="ru-RU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Дыскин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 Денис Николаевич</w:t>
            </w:r>
          </w:p>
          <w:p w14:paraId="5440C09F" w14:textId="1900C846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Горбаков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 Максим Дмитриевич</w:t>
            </w:r>
          </w:p>
        </w:tc>
        <w:tc>
          <w:tcPr>
            <w:tcW w:w="644" w:type="dxa"/>
            <w:shd w:val="clear" w:color="auto" w:fill="F5F5F5"/>
            <w:vAlign w:val="center"/>
          </w:tcPr>
          <w:p w14:paraId="532A7A7D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2542" w:type="dxa"/>
            <w:shd w:val="clear" w:color="auto" w:fill="F5F5F5"/>
            <w:vAlign w:val="center"/>
          </w:tcPr>
          <w:p w14:paraId="1FA9E860" w14:textId="4A8C6D36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ГУО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Средняя школа №2 г. Костюковичи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</w:p>
        </w:tc>
        <w:tc>
          <w:tcPr>
            <w:tcW w:w="668" w:type="dxa"/>
            <w:shd w:val="clear" w:color="auto" w:fill="F5F5F5"/>
            <w:vAlign w:val="center"/>
          </w:tcPr>
          <w:p w14:paraId="544471FB" w14:textId="77777777" w:rsidR="00FC601A" w:rsidRPr="00F4323A" w:rsidRDefault="00FC601A" w:rsidP="00FC601A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646464"/>
                <w:sz w:val="16"/>
              </w:rPr>
              <w:t>2</w:t>
            </w:r>
          </w:p>
        </w:tc>
        <w:tc>
          <w:tcPr>
            <w:tcW w:w="2543" w:type="dxa"/>
            <w:shd w:val="clear" w:color="auto" w:fill="F5F5F5"/>
            <w:vAlign w:val="center"/>
          </w:tcPr>
          <w:p w14:paraId="60D5927B" w14:textId="7B050ED3" w:rsidR="00FC601A" w:rsidRPr="00F4323A" w:rsidRDefault="0049745D" w:rsidP="00FC601A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Борисенко Александр Леонидович, педагог ГУО «Средняя школа №2 г. Костюковичи»</w:t>
            </w:r>
          </w:p>
        </w:tc>
      </w:tr>
      <w:tr w:rsidR="00FC601A" w:rsidRPr="00C629D5" w14:paraId="426403AB" w14:textId="77777777" w:rsidTr="00FC601A">
        <w:tc>
          <w:tcPr>
            <w:tcW w:w="398" w:type="dxa"/>
            <w:shd w:val="clear" w:color="auto" w:fill="FFF0E0"/>
            <w:vAlign w:val="center"/>
          </w:tcPr>
          <w:p w14:paraId="4181787C" w14:textId="5AB22106" w:rsidR="00FC601A" w:rsidRPr="00C629D5" w:rsidRDefault="00FC601A" w:rsidP="00FC601A">
            <w:pPr>
              <w:spacing w:before="20" w:after="20"/>
              <w:rPr>
                <w:rFonts w:ascii="Times New Roman" w:hAnsi="Times New Roman" w:cs="Times New Roman"/>
                <w:highlight w:val="yellow"/>
              </w:rPr>
            </w:pPr>
            <w:r w:rsidRPr="00C629D5">
              <w:rPr>
                <w:rFonts w:ascii="Times New Roman" w:hAnsi="Times New Roman" w:cs="Times New Roman"/>
                <w:highlight w:val="yellow"/>
                <w:lang w:val="ru-RU"/>
              </w:rPr>
              <w:t>3</w:t>
            </w:r>
          </w:p>
        </w:tc>
        <w:tc>
          <w:tcPr>
            <w:tcW w:w="1584" w:type="dxa"/>
            <w:shd w:val="clear" w:color="auto" w:fill="FFF0E0"/>
            <w:vAlign w:val="center"/>
          </w:tcPr>
          <w:p w14:paraId="1EF7F701" w14:textId="77777777" w:rsidR="00FC601A" w:rsidRPr="00C629D5" w:rsidRDefault="00FC601A" w:rsidP="00FC601A">
            <w:pPr>
              <w:spacing w:before="20" w:after="20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C629D5">
              <w:rPr>
                <w:rFonts w:ascii="Times New Roman" w:hAnsi="Times New Roman" w:cs="Times New Roman"/>
                <w:sz w:val="16"/>
                <w:highlight w:val="yellow"/>
              </w:rPr>
              <w:t>Брестская</w:t>
            </w:r>
            <w:proofErr w:type="spellEnd"/>
            <w:r w:rsidRPr="00C629D5">
              <w:rPr>
                <w:rFonts w:ascii="Times New Roman" w:hAnsi="Times New Roman" w:cs="Times New Roman"/>
                <w:sz w:val="16"/>
                <w:highlight w:val="yellow"/>
              </w:rPr>
              <w:t xml:space="preserve"> </w:t>
            </w:r>
            <w:proofErr w:type="spellStart"/>
            <w:r w:rsidRPr="00C629D5">
              <w:rPr>
                <w:rFonts w:ascii="Times New Roman" w:hAnsi="Times New Roman" w:cs="Times New Roman"/>
                <w:sz w:val="16"/>
                <w:highlight w:val="yellow"/>
              </w:rPr>
              <w:t>область</w:t>
            </w:r>
            <w:proofErr w:type="spellEnd"/>
          </w:p>
        </w:tc>
        <w:tc>
          <w:tcPr>
            <w:tcW w:w="2377" w:type="dxa"/>
            <w:shd w:val="clear" w:color="auto" w:fill="FFF0E0"/>
            <w:vAlign w:val="center"/>
          </w:tcPr>
          <w:p w14:paraId="29CB9F8E" w14:textId="77777777" w:rsidR="00FC601A" w:rsidRPr="00C629D5" w:rsidRDefault="00FC601A" w:rsidP="00FC601A">
            <w:pPr>
              <w:spacing w:before="20" w:after="20"/>
              <w:rPr>
                <w:rFonts w:ascii="Times New Roman" w:hAnsi="Times New Roman" w:cs="Times New Roman"/>
                <w:highlight w:val="yellow"/>
                <w:lang w:val="ru-RU"/>
              </w:rPr>
            </w:pPr>
            <w:r w:rsidRPr="00C629D5">
              <w:rPr>
                <w:rFonts w:ascii="Times New Roman" w:hAnsi="Times New Roman" w:cs="Times New Roman"/>
                <w:sz w:val="16"/>
                <w:highlight w:val="yellow"/>
                <w:lang w:val="ru-RU"/>
              </w:rPr>
              <w:t xml:space="preserve">Савчук Арсений </w:t>
            </w:r>
            <w:proofErr w:type="spellStart"/>
            <w:r w:rsidRPr="00C629D5">
              <w:rPr>
                <w:rFonts w:ascii="Times New Roman" w:hAnsi="Times New Roman" w:cs="Times New Roman"/>
                <w:sz w:val="16"/>
                <w:highlight w:val="yellow"/>
                <w:lang w:val="ru-RU"/>
              </w:rPr>
              <w:t>АлександровичМохнач</w:t>
            </w:r>
            <w:proofErr w:type="spellEnd"/>
            <w:r w:rsidRPr="00C629D5">
              <w:rPr>
                <w:rFonts w:ascii="Times New Roman" w:hAnsi="Times New Roman" w:cs="Times New Roman"/>
                <w:sz w:val="16"/>
                <w:highlight w:val="yellow"/>
                <w:lang w:val="ru-RU"/>
              </w:rPr>
              <w:t xml:space="preserve"> Михаил Николаевич</w:t>
            </w:r>
          </w:p>
        </w:tc>
        <w:tc>
          <w:tcPr>
            <w:tcW w:w="644" w:type="dxa"/>
            <w:shd w:val="clear" w:color="auto" w:fill="FFF0E0"/>
            <w:vAlign w:val="center"/>
          </w:tcPr>
          <w:p w14:paraId="03B4DB4A" w14:textId="77777777" w:rsidR="00FC601A" w:rsidRPr="00C629D5" w:rsidRDefault="00FC601A" w:rsidP="00FC601A">
            <w:pPr>
              <w:spacing w:before="20" w:after="20"/>
              <w:rPr>
                <w:rFonts w:ascii="Times New Roman" w:hAnsi="Times New Roman" w:cs="Times New Roman"/>
                <w:highlight w:val="yellow"/>
              </w:rPr>
            </w:pPr>
            <w:r w:rsidRPr="00C629D5">
              <w:rPr>
                <w:rFonts w:ascii="Times New Roman" w:hAnsi="Times New Roman" w:cs="Times New Roman"/>
                <w:sz w:val="16"/>
                <w:highlight w:val="yellow"/>
              </w:rPr>
              <w:t>8</w:t>
            </w:r>
          </w:p>
        </w:tc>
        <w:tc>
          <w:tcPr>
            <w:tcW w:w="2542" w:type="dxa"/>
            <w:shd w:val="clear" w:color="auto" w:fill="FFF0E0"/>
            <w:vAlign w:val="center"/>
          </w:tcPr>
          <w:p w14:paraId="4C4D4B0C" w14:textId="3582B291" w:rsidR="00FC601A" w:rsidRPr="00C629D5" w:rsidRDefault="00FC601A" w:rsidP="00FC601A">
            <w:pPr>
              <w:spacing w:before="20" w:after="20"/>
              <w:rPr>
                <w:rFonts w:ascii="Times New Roman" w:hAnsi="Times New Roman" w:cs="Times New Roman"/>
                <w:highlight w:val="yellow"/>
                <w:lang w:val="ru-RU"/>
              </w:rPr>
            </w:pPr>
            <w:r w:rsidRPr="00C629D5">
              <w:rPr>
                <w:rFonts w:ascii="Times New Roman" w:hAnsi="Times New Roman" w:cs="Times New Roman"/>
                <w:sz w:val="16"/>
                <w:highlight w:val="yellow"/>
                <w:lang w:val="ru-RU"/>
              </w:rPr>
              <w:t xml:space="preserve">ГУО </w:t>
            </w:r>
            <w:r w:rsidR="00203833" w:rsidRPr="00C629D5">
              <w:rPr>
                <w:rFonts w:ascii="Times New Roman" w:hAnsi="Times New Roman" w:cs="Times New Roman"/>
                <w:sz w:val="16"/>
                <w:highlight w:val="yellow"/>
                <w:lang w:val="ru-RU"/>
              </w:rPr>
              <w:t>«</w:t>
            </w:r>
            <w:r w:rsidRPr="00C629D5">
              <w:rPr>
                <w:rFonts w:ascii="Times New Roman" w:hAnsi="Times New Roman" w:cs="Times New Roman"/>
                <w:sz w:val="16"/>
                <w:highlight w:val="yellow"/>
                <w:lang w:val="ru-RU"/>
              </w:rPr>
              <w:t>Средняя школа д. Черни</w:t>
            </w:r>
            <w:r w:rsidR="00203833" w:rsidRPr="00C629D5">
              <w:rPr>
                <w:rFonts w:ascii="Times New Roman" w:hAnsi="Times New Roman" w:cs="Times New Roman"/>
                <w:sz w:val="16"/>
                <w:highlight w:val="yellow"/>
                <w:lang w:val="ru-RU"/>
              </w:rPr>
              <w:t>»</w:t>
            </w:r>
          </w:p>
        </w:tc>
        <w:tc>
          <w:tcPr>
            <w:tcW w:w="668" w:type="dxa"/>
            <w:shd w:val="clear" w:color="auto" w:fill="FFF0E0"/>
            <w:vAlign w:val="center"/>
          </w:tcPr>
          <w:p w14:paraId="4C44E8CB" w14:textId="77777777" w:rsidR="00FC601A" w:rsidRPr="00C629D5" w:rsidRDefault="00FC601A" w:rsidP="00FC601A">
            <w:pPr>
              <w:spacing w:before="20" w:after="2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629D5">
              <w:rPr>
                <w:rFonts w:ascii="Times New Roman" w:hAnsi="Times New Roman" w:cs="Times New Roman"/>
                <w:b/>
                <w:color w:val="8B5A2B"/>
                <w:sz w:val="16"/>
                <w:highlight w:val="yellow"/>
              </w:rPr>
              <w:t>3</w:t>
            </w:r>
          </w:p>
        </w:tc>
        <w:tc>
          <w:tcPr>
            <w:tcW w:w="2543" w:type="dxa"/>
            <w:shd w:val="clear" w:color="auto" w:fill="FFF0E0"/>
            <w:vAlign w:val="center"/>
          </w:tcPr>
          <w:p w14:paraId="0AA3A0FF" w14:textId="6252A239" w:rsidR="00FC601A" w:rsidRPr="00C629D5" w:rsidRDefault="00FC601A" w:rsidP="00FC601A">
            <w:pPr>
              <w:spacing w:before="20" w:after="20"/>
              <w:rPr>
                <w:rFonts w:ascii="Times New Roman" w:hAnsi="Times New Roman" w:cs="Times New Roman"/>
                <w:highlight w:val="yellow"/>
                <w:lang w:val="ru-RU"/>
              </w:rPr>
            </w:pPr>
            <w:r w:rsidRPr="00C629D5">
              <w:rPr>
                <w:rFonts w:ascii="Times New Roman" w:hAnsi="Times New Roman" w:cs="Times New Roman"/>
                <w:sz w:val="16"/>
                <w:highlight w:val="yellow"/>
                <w:lang w:val="ru-RU"/>
              </w:rPr>
              <w:t xml:space="preserve">Постоялко Александр Викторович, педагог ГУО </w:t>
            </w:r>
            <w:r w:rsidR="00203833" w:rsidRPr="00C629D5">
              <w:rPr>
                <w:rFonts w:ascii="Times New Roman" w:hAnsi="Times New Roman" w:cs="Times New Roman"/>
                <w:sz w:val="16"/>
                <w:highlight w:val="yellow"/>
                <w:lang w:val="ru-RU"/>
              </w:rPr>
              <w:t>«</w:t>
            </w:r>
            <w:r w:rsidRPr="00C629D5">
              <w:rPr>
                <w:rFonts w:ascii="Times New Roman" w:hAnsi="Times New Roman" w:cs="Times New Roman"/>
                <w:sz w:val="16"/>
                <w:highlight w:val="yellow"/>
                <w:lang w:val="ru-RU"/>
              </w:rPr>
              <w:t>Средняя школа д. Черни</w:t>
            </w:r>
            <w:r w:rsidR="00203833" w:rsidRPr="00C629D5">
              <w:rPr>
                <w:rFonts w:ascii="Times New Roman" w:hAnsi="Times New Roman" w:cs="Times New Roman"/>
                <w:sz w:val="16"/>
                <w:highlight w:val="yellow"/>
                <w:lang w:val="ru-RU"/>
              </w:rPr>
              <w:t>»</w:t>
            </w:r>
            <w:bookmarkStart w:id="0" w:name="_GoBack"/>
            <w:bookmarkEnd w:id="0"/>
          </w:p>
        </w:tc>
      </w:tr>
    </w:tbl>
    <w:p w14:paraId="18647359" w14:textId="77777777" w:rsidR="006A0C2D" w:rsidRPr="00F4323A" w:rsidRDefault="006A0C2D">
      <w:pPr>
        <w:spacing w:before="120" w:after="40"/>
        <w:rPr>
          <w:rFonts w:ascii="Times New Roman" w:hAnsi="Times New Roman" w:cs="Times New Roman"/>
          <w:b/>
          <w:color w:val="1F4E79"/>
          <w:sz w:val="20"/>
          <w:lang w:val="ru-RU"/>
        </w:rPr>
      </w:pPr>
    </w:p>
    <w:p w14:paraId="6CFBCF89" w14:textId="77777777" w:rsidR="006A0C2D" w:rsidRPr="00F4323A" w:rsidRDefault="006A0C2D">
      <w:pPr>
        <w:spacing w:before="120" w:after="40"/>
        <w:rPr>
          <w:rFonts w:ascii="Times New Roman" w:hAnsi="Times New Roman" w:cs="Times New Roman"/>
          <w:b/>
          <w:color w:val="1F4E79"/>
          <w:sz w:val="20"/>
          <w:lang w:val="ru-RU"/>
        </w:rPr>
      </w:pPr>
    </w:p>
    <w:p w14:paraId="56440A35" w14:textId="77777777" w:rsidR="006A0C2D" w:rsidRPr="00F4323A" w:rsidRDefault="006A0C2D">
      <w:pPr>
        <w:spacing w:before="120" w:after="40"/>
        <w:rPr>
          <w:rFonts w:ascii="Times New Roman" w:hAnsi="Times New Roman" w:cs="Times New Roman"/>
          <w:b/>
          <w:color w:val="1F4E79"/>
          <w:sz w:val="20"/>
          <w:lang w:val="ru-RU"/>
        </w:rPr>
      </w:pPr>
    </w:p>
    <w:p w14:paraId="756599B0" w14:textId="77777777" w:rsidR="006A0C2D" w:rsidRPr="00F4323A" w:rsidRDefault="006A0C2D">
      <w:pPr>
        <w:spacing w:before="120" w:after="40"/>
        <w:rPr>
          <w:rFonts w:ascii="Times New Roman" w:hAnsi="Times New Roman" w:cs="Times New Roman"/>
          <w:b/>
          <w:color w:val="1F4E79"/>
          <w:sz w:val="20"/>
          <w:lang w:val="ru-RU"/>
        </w:rPr>
      </w:pPr>
    </w:p>
    <w:p w14:paraId="25F59C47" w14:textId="77777777" w:rsidR="006A0C2D" w:rsidRPr="00F4323A" w:rsidRDefault="006A0C2D">
      <w:pPr>
        <w:spacing w:before="120" w:after="40"/>
        <w:rPr>
          <w:rFonts w:ascii="Times New Roman" w:hAnsi="Times New Roman" w:cs="Times New Roman"/>
          <w:b/>
          <w:color w:val="1F4E79"/>
          <w:sz w:val="20"/>
          <w:lang w:val="ru-RU"/>
        </w:rPr>
      </w:pPr>
    </w:p>
    <w:p w14:paraId="73CC2E34" w14:textId="77777777" w:rsidR="006A0C2D" w:rsidRPr="00F4323A" w:rsidRDefault="006A0C2D">
      <w:pPr>
        <w:spacing w:before="120" w:after="40"/>
        <w:rPr>
          <w:rFonts w:ascii="Times New Roman" w:hAnsi="Times New Roman" w:cs="Times New Roman"/>
          <w:b/>
          <w:color w:val="1F4E79"/>
          <w:sz w:val="20"/>
          <w:lang w:val="ru-RU"/>
        </w:rPr>
      </w:pPr>
    </w:p>
    <w:p w14:paraId="11ED9755" w14:textId="5A791FF7" w:rsidR="00746F27" w:rsidRPr="00F4323A" w:rsidRDefault="007427FF">
      <w:pPr>
        <w:spacing w:before="120" w:after="40"/>
        <w:rPr>
          <w:rFonts w:ascii="Times New Roman" w:hAnsi="Times New Roman" w:cs="Times New Roman"/>
        </w:rPr>
      </w:pPr>
      <w:proofErr w:type="spellStart"/>
      <w:r w:rsidRPr="00F4323A">
        <w:rPr>
          <w:rFonts w:ascii="Times New Roman" w:hAnsi="Times New Roman" w:cs="Times New Roman"/>
          <w:b/>
          <w:color w:val="1F4E79"/>
          <w:sz w:val="20"/>
        </w:rPr>
        <w:t>Номинация</w:t>
      </w:r>
      <w:proofErr w:type="spellEnd"/>
      <w:r w:rsidRPr="00F4323A">
        <w:rPr>
          <w:rFonts w:ascii="Times New Roman" w:hAnsi="Times New Roman" w:cs="Times New Roman"/>
          <w:b/>
          <w:color w:val="1F4E79"/>
          <w:sz w:val="20"/>
        </w:rPr>
        <w:t xml:space="preserve"> 15: Mini-</w:t>
      </w:r>
      <w:proofErr w:type="spellStart"/>
      <w:r w:rsidRPr="00F4323A">
        <w:rPr>
          <w:rFonts w:ascii="Times New Roman" w:hAnsi="Times New Roman" w:cs="Times New Roman"/>
          <w:b/>
          <w:color w:val="1F4E79"/>
          <w:sz w:val="20"/>
        </w:rPr>
        <w:t>сумо</w:t>
      </w:r>
      <w:proofErr w:type="spellEnd"/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96"/>
        <w:gridCol w:w="1555"/>
        <w:gridCol w:w="2313"/>
        <w:gridCol w:w="644"/>
        <w:gridCol w:w="2475"/>
        <w:gridCol w:w="668"/>
        <w:gridCol w:w="2479"/>
      </w:tblGrid>
      <w:tr w:rsidR="00746F27" w:rsidRPr="00F4323A" w14:paraId="6D268BB1" w14:textId="77777777" w:rsidTr="00FC601A">
        <w:tc>
          <w:tcPr>
            <w:tcW w:w="396" w:type="dxa"/>
            <w:shd w:val="clear" w:color="auto" w:fill="1F4E79"/>
            <w:vAlign w:val="center"/>
          </w:tcPr>
          <w:p w14:paraId="62D3540B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№</w:t>
            </w:r>
          </w:p>
        </w:tc>
        <w:tc>
          <w:tcPr>
            <w:tcW w:w="1584" w:type="dxa"/>
            <w:shd w:val="clear" w:color="auto" w:fill="1F4E79"/>
            <w:vAlign w:val="center"/>
          </w:tcPr>
          <w:p w14:paraId="604C24BA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Регион</w:t>
            </w:r>
            <w:proofErr w:type="spellEnd"/>
          </w:p>
        </w:tc>
        <w:tc>
          <w:tcPr>
            <w:tcW w:w="2376" w:type="dxa"/>
            <w:shd w:val="clear" w:color="auto" w:fill="1F4E79"/>
            <w:vAlign w:val="center"/>
          </w:tcPr>
          <w:p w14:paraId="6429E1A3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 xml:space="preserve">ФИО </w:t>
            </w: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участника</w:t>
            </w:r>
            <w:proofErr w:type="spellEnd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(</w:t>
            </w: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ов</w:t>
            </w:r>
            <w:proofErr w:type="spellEnd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)</w:t>
            </w:r>
          </w:p>
        </w:tc>
        <w:tc>
          <w:tcPr>
            <w:tcW w:w="644" w:type="dxa"/>
            <w:shd w:val="clear" w:color="auto" w:fill="1F4E79"/>
            <w:vAlign w:val="center"/>
          </w:tcPr>
          <w:p w14:paraId="35C223E6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Класс</w:t>
            </w:r>
            <w:proofErr w:type="spellEnd"/>
          </w:p>
        </w:tc>
        <w:tc>
          <w:tcPr>
            <w:tcW w:w="2543" w:type="dxa"/>
            <w:shd w:val="clear" w:color="auto" w:fill="1F4E79"/>
            <w:vAlign w:val="center"/>
          </w:tcPr>
          <w:p w14:paraId="73E807CB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Учреждение</w:t>
            </w:r>
            <w:proofErr w:type="spellEnd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образования</w:t>
            </w:r>
            <w:proofErr w:type="spellEnd"/>
          </w:p>
        </w:tc>
        <w:tc>
          <w:tcPr>
            <w:tcW w:w="668" w:type="dxa"/>
            <w:shd w:val="clear" w:color="auto" w:fill="1F4E79"/>
            <w:vAlign w:val="center"/>
          </w:tcPr>
          <w:p w14:paraId="277FDD66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Место</w:t>
            </w:r>
            <w:proofErr w:type="spellEnd"/>
          </w:p>
        </w:tc>
        <w:tc>
          <w:tcPr>
            <w:tcW w:w="2545" w:type="dxa"/>
            <w:shd w:val="clear" w:color="auto" w:fill="1F4E79"/>
            <w:vAlign w:val="center"/>
          </w:tcPr>
          <w:p w14:paraId="6F5D6632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Руководитель</w:t>
            </w:r>
            <w:proofErr w:type="spellEnd"/>
          </w:p>
        </w:tc>
      </w:tr>
      <w:tr w:rsidR="00FC601A" w:rsidRPr="00C629D5" w14:paraId="50CA9CD7" w14:textId="77777777" w:rsidTr="00FC601A">
        <w:tc>
          <w:tcPr>
            <w:tcW w:w="396" w:type="dxa"/>
            <w:shd w:val="clear" w:color="auto" w:fill="FFF9E6"/>
            <w:vAlign w:val="center"/>
          </w:tcPr>
          <w:p w14:paraId="7AC9E521" w14:textId="574F8196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584" w:type="dxa"/>
            <w:shd w:val="clear" w:color="auto" w:fill="FFF9E6"/>
            <w:vAlign w:val="center"/>
          </w:tcPr>
          <w:p w14:paraId="2E682F7B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Гродненская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область</w:t>
            </w:r>
            <w:proofErr w:type="spellEnd"/>
          </w:p>
        </w:tc>
        <w:tc>
          <w:tcPr>
            <w:tcW w:w="2376" w:type="dxa"/>
            <w:shd w:val="clear" w:color="auto" w:fill="FFF9E6"/>
            <w:vAlign w:val="center"/>
          </w:tcPr>
          <w:p w14:paraId="6DF24B56" w14:textId="5F85829E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Бертель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 Елена Валерьевна</w:t>
            </w:r>
          </w:p>
        </w:tc>
        <w:tc>
          <w:tcPr>
            <w:tcW w:w="644" w:type="dxa"/>
            <w:shd w:val="clear" w:color="auto" w:fill="FFF9E6"/>
            <w:vAlign w:val="center"/>
          </w:tcPr>
          <w:p w14:paraId="0341114A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2543" w:type="dxa"/>
            <w:shd w:val="clear" w:color="auto" w:fill="FFF9E6"/>
            <w:vAlign w:val="center"/>
          </w:tcPr>
          <w:p w14:paraId="02D90B27" w14:textId="19D638D6" w:rsidR="00B626BC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sz w:val="16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ГУО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Гимназия №5 имени В.С. Короткевича г. Гродно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, </w:t>
            </w:r>
          </w:p>
          <w:p w14:paraId="7240FED9" w14:textId="5BDFAEB1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Центр образовательной робототехники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Robolife</w:t>
            </w:r>
            <w:proofErr w:type="spellEnd"/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  <w:r w:rsidR="00B626BC"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 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ГУО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Средняя школа №3 г. Островца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</w:p>
        </w:tc>
        <w:tc>
          <w:tcPr>
            <w:tcW w:w="668" w:type="dxa"/>
            <w:shd w:val="clear" w:color="auto" w:fill="FFF9E6"/>
            <w:vAlign w:val="center"/>
          </w:tcPr>
          <w:p w14:paraId="427DC92A" w14:textId="77777777" w:rsidR="00FC601A" w:rsidRPr="00F4323A" w:rsidRDefault="00FC601A" w:rsidP="00FC601A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B8860B"/>
                <w:sz w:val="16"/>
              </w:rPr>
              <w:t>1</w:t>
            </w:r>
          </w:p>
        </w:tc>
        <w:tc>
          <w:tcPr>
            <w:tcW w:w="2545" w:type="dxa"/>
            <w:shd w:val="clear" w:color="auto" w:fill="FFF9E6"/>
            <w:vAlign w:val="center"/>
          </w:tcPr>
          <w:p w14:paraId="38AEFB41" w14:textId="1BA97E4A" w:rsidR="00B626BC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sz w:val="16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Кухта Елена Леонидовна, учитель информатики ГУО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Гимназия №5 имени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В.С.Короткевича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г.Гродно</w:t>
            </w:r>
            <w:proofErr w:type="spellEnd"/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;</w:t>
            </w:r>
          </w:p>
          <w:p w14:paraId="5E46820C" w14:textId="27A05E0B" w:rsidR="00B626BC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sz w:val="16"/>
                <w:lang w:val="ru-RU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Погребнев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 Сергей Сергеевич, тренер центра образовательной робототехники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Robolife</w:t>
            </w:r>
            <w:proofErr w:type="spellEnd"/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.</w:t>
            </w:r>
          </w:p>
          <w:p w14:paraId="6E9B2440" w14:textId="3F1A2993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ГУО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Средняя школа №3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г.Островца</w:t>
            </w:r>
            <w:proofErr w:type="spellEnd"/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</w:p>
        </w:tc>
      </w:tr>
      <w:tr w:rsidR="00FC601A" w:rsidRPr="00C629D5" w14:paraId="56BB6DE0" w14:textId="77777777" w:rsidTr="00FC601A">
        <w:tc>
          <w:tcPr>
            <w:tcW w:w="396" w:type="dxa"/>
            <w:shd w:val="clear" w:color="auto" w:fill="F5F5F5"/>
            <w:vAlign w:val="center"/>
          </w:tcPr>
          <w:p w14:paraId="07EFCC09" w14:textId="345B1830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584" w:type="dxa"/>
            <w:shd w:val="clear" w:color="auto" w:fill="F5F5F5"/>
            <w:vAlign w:val="center"/>
          </w:tcPr>
          <w:p w14:paraId="15732647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Гомельская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область</w:t>
            </w:r>
            <w:proofErr w:type="spellEnd"/>
          </w:p>
        </w:tc>
        <w:tc>
          <w:tcPr>
            <w:tcW w:w="2376" w:type="dxa"/>
            <w:shd w:val="clear" w:color="auto" w:fill="F5F5F5"/>
            <w:vAlign w:val="center"/>
          </w:tcPr>
          <w:p w14:paraId="628E3BC8" w14:textId="77777777" w:rsidR="00EB5F27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sz w:val="16"/>
                <w:lang w:val="ru-RU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Какора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 Роман Денисович</w:t>
            </w:r>
          </w:p>
          <w:p w14:paraId="7D901D53" w14:textId="0D286A9A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Рябченко Матвей Александрович</w:t>
            </w:r>
          </w:p>
        </w:tc>
        <w:tc>
          <w:tcPr>
            <w:tcW w:w="644" w:type="dxa"/>
            <w:shd w:val="clear" w:color="auto" w:fill="F5F5F5"/>
            <w:vAlign w:val="center"/>
          </w:tcPr>
          <w:p w14:paraId="1CC1E773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2543" w:type="dxa"/>
            <w:shd w:val="clear" w:color="auto" w:fill="F5F5F5"/>
            <w:vAlign w:val="center"/>
          </w:tcPr>
          <w:p w14:paraId="400EDED6" w14:textId="282728BB" w:rsidR="007B64A1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sz w:val="16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ГУО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Речицкий центр творчества детей и молодежи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  <w:r w:rsidR="00EB5F27"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 </w:t>
            </w:r>
          </w:p>
          <w:p w14:paraId="55D8E8A3" w14:textId="7B3AC5F2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ГУО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Гимназия №51 г. Гомеля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</w:p>
        </w:tc>
        <w:tc>
          <w:tcPr>
            <w:tcW w:w="668" w:type="dxa"/>
            <w:shd w:val="clear" w:color="auto" w:fill="F5F5F5"/>
            <w:vAlign w:val="center"/>
          </w:tcPr>
          <w:p w14:paraId="7D61A873" w14:textId="77777777" w:rsidR="00FC601A" w:rsidRPr="00F4323A" w:rsidRDefault="00FC601A" w:rsidP="00FC601A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646464"/>
                <w:sz w:val="16"/>
              </w:rPr>
              <w:t>2</w:t>
            </w:r>
          </w:p>
        </w:tc>
        <w:tc>
          <w:tcPr>
            <w:tcW w:w="2545" w:type="dxa"/>
            <w:shd w:val="clear" w:color="auto" w:fill="F5F5F5"/>
            <w:vAlign w:val="center"/>
          </w:tcPr>
          <w:p w14:paraId="647E4BBE" w14:textId="4A63204B" w:rsidR="00EB5F27" w:rsidRPr="00F4323A" w:rsidRDefault="00EB5F27" w:rsidP="00FC601A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Бетанова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Анна Олеговна,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педегог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дополнительного образования ГУО </w:t>
            </w:r>
            <w:r w:rsidR="00203833"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Речицкий центр творчества детей и молодежи</w:t>
            </w:r>
            <w:r w:rsidR="00203833"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»</w:t>
            </w:r>
          </w:p>
          <w:p w14:paraId="268851EB" w14:textId="76A0B88F" w:rsidR="00FC601A" w:rsidRPr="00F4323A" w:rsidRDefault="00EB5F27" w:rsidP="00FC601A">
            <w:pPr>
              <w:spacing w:before="20" w:after="20"/>
              <w:rPr>
                <w:rFonts w:ascii="Times New Roman" w:hAnsi="Times New Roman" w:cs="Times New Roman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Ващенко Никита Андреевич, учитель ГУО </w:t>
            </w:r>
            <w:r w:rsidR="00203833"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Гимназия №51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г.Гомеля</w:t>
            </w:r>
            <w:proofErr w:type="spellEnd"/>
            <w:r w:rsidR="00203833"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»</w:t>
            </w:r>
          </w:p>
        </w:tc>
      </w:tr>
      <w:tr w:rsidR="00FC601A" w:rsidRPr="00F4323A" w14:paraId="2083475E" w14:textId="77777777" w:rsidTr="00FC601A">
        <w:tc>
          <w:tcPr>
            <w:tcW w:w="396" w:type="dxa"/>
            <w:shd w:val="clear" w:color="auto" w:fill="FFF0E0"/>
            <w:vAlign w:val="center"/>
          </w:tcPr>
          <w:p w14:paraId="6F730B7B" w14:textId="305EBF89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584" w:type="dxa"/>
            <w:shd w:val="clear" w:color="auto" w:fill="FFF0E0"/>
            <w:vAlign w:val="center"/>
          </w:tcPr>
          <w:p w14:paraId="2B8C571C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Витебская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область</w:t>
            </w:r>
            <w:proofErr w:type="spellEnd"/>
          </w:p>
        </w:tc>
        <w:tc>
          <w:tcPr>
            <w:tcW w:w="2376" w:type="dxa"/>
            <w:shd w:val="clear" w:color="auto" w:fill="FFF0E0"/>
            <w:vAlign w:val="center"/>
          </w:tcPr>
          <w:p w14:paraId="76BB5E95" w14:textId="77777777" w:rsidR="00EB5F27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Дубин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Денис</w:t>
            </w:r>
            <w:proofErr w:type="spellEnd"/>
          </w:p>
          <w:p w14:paraId="41F69687" w14:textId="1FF0DF83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Исаенко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Леонид</w:t>
            </w:r>
            <w:proofErr w:type="spellEnd"/>
          </w:p>
        </w:tc>
        <w:tc>
          <w:tcPr>
            <w:tcW w:w="644" w:type="dxa"/>
            <w:shd w:val="clear" w:color="auto" w:fill="FFF0E0"/>
            <w:vAlign w:val="center"/>
          </w:tcPr>
          <w:p w14:paraId="2BF98C37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2543" w:type="dxa"/>
            <w:shd w:val="clear" w:color="auto" w:fill="FFF0E0"/>
            <w:vAlign w:val="center"/>
          </w:tcPr>
          <w:p w14:paraId="1F84E549" w14:textId="42CE8F61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УО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Средняя школа №20 г. Орши имени И.А. Флёрова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</w:p>
        </w:tc>
        <w:tc>
          <w:tcPr>
            <w:tcW w:w="668" w:type="dxa"/>
            <w:shd w:val="clear" w:color="auto" w:fill="FFF0E0"/>
            <w:vAlign w:val="center"/>
          </w:tcPr>
          <w:p w14:paraId="485CEA0D" w14:textId="77777777" w:rsidR="00FC601A" w:rsidRPr="00F4323A" w:rsidRDefault="00FC601A" w:rsidP="00FC601A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8B5A2B"/>
                <w:sz w:val="16"/>
              </w:rPr>
              <w:t>3</w:t>
            </w:r>
          </w:p>
        </w:tc>
        <w:tc>
          <w:tcPr>
            <w:tcW w:w="2545" w:type="dxa"/>
            <w:shd w:val="clear" w:color="auto" w:fill="FFF0E0"/>
            <w:vAlign w:val="center"/>
          </w:tcPr>
          <w:p w14:paraId="2F8BC7F8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Пурышкин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Максим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Витальевич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,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учитель</w:t>
            </w:r>
            <w:proofErr w:type="spellEnd"/>
          </w:p>
        </w:tc>
      </w:tr>
    </w:tbl>
    <w:p w14:paraId="6755A58E" w14:textId="16F41F52" w:rsidR="00746F27" w:rsidRPr="00F4323A" w:rsidRDefault="007427FF">
      <w:pPr>
        <w:spacing w:before="120" w:after="40"/>
        <w:rPr>
          <w:rFonts w:ascii="Times New Roman" w:hAnsi="Times New Roman" w:cs="Times New Roman"/>
          <w:lang w:val="ru-RU"/>
        </w:rPr>
      </w:pPr>
      <w:r w:rsidRPr="00F4323A">
        <w:rPr>
          <w:rFonts w:ascii="Times New Roman" w:hAnsi="Times New Roman" w:cs="Times New Roman"/>
          <w:b/>
          <w:color w:val="1F4E79"/>
          <w:sz w:val="20"/>
          <w:lang w:val="ru-RU"/>
        </w:rPr>
        <w:t>Номинация 16: Футбол управляемых роботов 4х4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96"/>
        <w:gridCol w:w="1544"/>
        <w:gridCol w:w="2360"/>
        <w:gridCol w:w="644"/>
        <w:gridCol w:w="2448"/>
        <w:gridCol w:w="668"/>
        <w:gridCol w:w="2470"/>
      </w:tblGrid>
      <w:tr w:rsidR="00746F27" w:rsidRPr="00F4323A" w14:paraId="2DE9FB3B" w14:textId="77777777" w:rsidTr="00FC601A">
        <w:tc>
          <w:tcPr>
            <w:tcW w:w="397" w:type="dxa"/>
            <w:shd w:val="clear" w:color="auto" w:fill="1F4E79"/>
            <w:vAlign w:val="center"/>
          </w:tcPr>
          <w:p w14:paraId="5BBD3291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№</w:t>
            </w:r>
          </w:p>
        </w:tc>
        <w:tc>
          <w:tcPr>
            <w:tcW w:w="1582" w:type="dxa"/>
            <w:shd w:val="clear" w:color="auto" w:fill="1F4E79"/>
            <w:vAlign w:val="center"/>
          </w:tcPr>
          <w:p w14:paraId="0449D9CB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Регион</w:t>
            </w:r>
            <w:proofErr w:type="spellEnd"/>
          </w:p>
        </w:tc>
        <w:tc>
          <w:tcPr>
            <w:tcW w:w="2379" w:type="dxa"/>
            <w:shd w:val="clear" w:color="auto" w:fill="1F4E79"/>
            <w:vAlign w:val="center"/>
          </w:tcPr>
          <w:p w14:paraId="2034F08D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 xml:space="preserve">ФИО </w:t>
            </w: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участника</w:t>
            </w:r>
            <w:proofErr w:type="spellEnd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(</w:t>
            </w: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ов</w:t>
            </w:r>
            <w:proofErr w:type="spellEnd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)</w:t>
            </w:r>
          </w:p>
        </w:tc>
        <w:tc>
          <w:tcPr>
            <w:tcW w:w="644" w:type="dxa"/>
            <w:shd w:val="clear" w:color="auto" w:fill="1F4E79"/>
            <w:vAlign w:val="center"/>
          </w:tcPr>
          <w:p w14:paraId="29FD26B8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Класс</w:t>
            </w:r>
            <w:proofErr w:type="spellEnd"/>
          </w:p>
        </w:tc>
        <w:tc>
          <w:tcPr>
            <w:tcW w:w="2541" w:type="dxa"/>
            <w:shd w:val="clear" w:color="auto" w:fill="1F4E79"/>
            <w:vAlign w:val="center"/>
          </w:tcPr>
          <w:p w14:paraId="6FC31DFC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Учреждение</w:t>
            </w:r>
            <w:proofErr w:type="spellEnd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образования</w:t>
            </w:r>
            <w:proofErr w:type="spellEnd"/>
          </w:p>
        </w:tc>
        <w:tc>
          <w:tcPr>
            <w:tcW w:w="668" w:type="dxa"/>
            <w:shd w:val="clear" w:color="auto" w:fill="1F4E79"/>
            <w:vAlign w:val="center"/>
          </w:tcPr>
          <w:p w14:paraId="2B622EC8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Место</w:t>
            </w:r>
            <w:proofErr w:type="spellEnd"/>
          </w:p>
        </w:tc>
        <w:tc>
          <w:tcPr>
            <w:tcW w:w="2545" w:type="dxa"/>
            <w:shd w:val="clear" w:color="auto" w:fill="1F4E79"/>
            <w:vAlign w:val="center"/>
          </w:tcPr>
          <w:p w14:paraId="70A96739" w14:textId="77777777" w:rsidR="00746F27" w:rsidRPr="00F4323A" w:rsidRDefault="007427FF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b/>
                <w:color w:val="FFFFFF"/>
                <w:sz w:val="16"/>
              </w:rPr>
              <w:t>Руководитель</w:t>
            </w:r>
            <w:proofErr w:type="spellEnd"/>
          </w:p>
        </w:tc>
      </w:tr>
      <w:tr w:rsidR="00FC601A" w:rsidRPr="00C629D5" w14:paraId="428F1974" w14:textId="77777777" w:rsidTr="00FC601A">
        <w:tc>
          <w:tcPr>
            <w:tcW w:w="397" w:type="dxa"/>
            <w:shd w:val="clear" w:color="auto" w:fill="FFF9E6"/>
            <w:vAlign w:val="center"/>
          </w:tcPr>
          <w:p w14:paraId="0457D44A" w14:textId="7C85F581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582" w:type="dxa"/>
            <w:shd w:val="clear" w:color="auto" w:fill="FFF9E6"/>
            <w:vAlign w:val="center"/>
          </w:tcPr>
          <w:p w14:paraId="3877C3CB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Гомельская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область</w:t>
            </w:r>
            <w:proofErr w:type="spellEnd"/>
          </w:p>
        </w:tc>
        <w:tc>
          <w:tcPr>
            <w:tcW w:w="2379" w:type="dxa"/>
            <w:shd w:val="clear" w:color="auto" w:fill="FFF9E6"/>
            <w:vAlign w:val="center"/>
          </w:tcPr>
          <w:p w14:paraId="232F96B7" w14:textId="77777777" w:rsidR="00EB5F27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sz w:val="16"/>
                <w:lang w:val="ru-RU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Сачук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 Дмитрий Николаевич</w:t>
            </w:r>
          </w:p>
          <w:p w14:paraId="1BBB57AF" w14:textId="77777777" w:rsidR="00EB5F27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sz w:val="16"/>
                <w:lang w:val="ru-RU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Стрельченя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 Максим Алексеевич</w:t>
            </w:r>
          </w:p>
          <w:p w14:paraId="3FFD9203" w14:textId="77777777" w:rsidR="00EB5F27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sz w:val="16"/>
                <w:lang w:val="ru-RU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Бетанов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 Ярослав Денисович</w:t>
            </w:r>
          </w:p>
          <w:p w14:paraId="659F2354" w14:textId="7D1F9755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Петровец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 Матвей Викторович</w:t>
            </w:r>
          </w:p>
        </w:tc>
        <w:tc>
          <w:tcPr>
            <w:tcW w:w="644" w:type="dxa"/>
            <w:shd w:val="clear" w:color="auto" w:fill="FFF9E6"/>
            <w:vAlign w:val="center"/>
          </w:tcPr>
          <w:p w14:paraId="251B2C87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2541" w:type="dxa"/>
            <w:shd w:val="clear" w:color="auto" w:fill="FFF9E6"/>
            <w:vAlign w:val="center"/>
          </w:tcPr>
          <w:p w14:paraId="07CF7E04" w14:textId="565FB9C0" w:rsidR="00B626BC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sz w:val="16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ГУО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Гомельская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Ирининская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 гимназия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</w:p>
          <w:p w14:paraId="39CD4232" w14:textId="29960246" w:rsidR="00B626BC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sz w:val="16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ГУО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Гомельская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Ирининская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 гимназия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</w:p>
          <w:p w14:paraId="221B8E40" w14:textId="1C921EAB" w:rsidR="00B626BC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sz w:val="16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ГУО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Гимназия №51 г. Гомеля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</w:p>
          <w:p w14:paraId="1E87F6CF" w14:textId="0957FF35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ГУО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Речицкий центр творчества детей и молодежи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</w:p>
        </w:tc>
        <w:tc>
          <w:tcPr>
            <w:tcW w:w="668" w:type="dxa"/>
            <w:shd w:val="clear" w:color="auto" w:fill="FFF9E6"/>
            <w:vAlign w:val="center"/>
          </w:tcPr>
          <w:p w14:paraId="61142CC7" w14:textId="77777777" w:rsidR="00FC601A" w:rsidRPr="00F4323A" w:rsidRDefault="00FC601A" w:rsidP="00FC601A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B8860B"/>
                <w:sz w:val="16"/>
              </w:rPr>
              <w:t>1</w:t>
            </w:r>
          </w:p>
        </w:tc>
        <w:tc>
          <w:tcPr>
            <w:tcW w:w="2545" w:type="dxa"/>
            <w:shd w:val="clear" w:color="auto" w:fill="FFF9E6"/>
            <w:vAlign w:val="center"/>
          </w:tcPr>
          <w:p w14:paraId="11DADC40" w14:textId="1896B55A" w:rsidR="00FC601A" w:rsidRPr="00F4323A" w:rsidRDefault="00EB5F27" w:rsidP="00EB5F27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Ващенко Никита Андреевич, учитель ГУО </w:t>
            </w:r>
            <w:r w:rsidR="00203833"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Гимназия №51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г.Гомеля</w:t>
            </w:r>
            <w:proofErr w:type="spellEnd"/>
            <w:r w:rsidR="00203833"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»</w:t>
            </w:r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r w:rsidR="00B63CDE" w:rsidRPr="00F432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– у первых трех.</w:t>
            </w:r>
          </w:p>
          <w:p w14:paraId="14402E90" w14:textId="2B51D4D1" w:rsidR="00EB5F27" w:rsidRPr="00F4323A" w:rsidRDefault="00EB5F27" w:rsidP="00EB5F27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Бетанова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Анна Олеговна,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педегог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дополнительного образования ГУО </w:t>
            </w:r>
            <w:r w:rsidR="00203833"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Речицкий центр творчества детей и молодежи</w:t>
            </w:r>
            <w:r w:rsidR="00203833" w:rsidRPr="00F4323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»</w:t>
            </w:r>
          </w:p>
          <w:p w14:paraId="5E06B65E" w14:textId="3854E1D9" w:rsidR="00EB5F27" w:rsidRPr="00F4323A" w:rsidRDefault="00EB5F27" w:rsidP="00EB5F27">
            <w:pPr>
              <w:spacing w:before="20" w:after="2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C601A" w:rsidRPr="00F4323A" w14:paraId="13EB36FA" w14:textId="77777777" w:rsidTr="00FC601A">
        <w:tc>
          <w:tcPr>
            <w:tcW w:w="397" w:type="dxa"/>
            <w:shd w:val="clear" w:color="auto" w:fill="F5F5F5"/>
            <w:vAlign w:val="center"/>
          </w:tcPr>
          <w:p w14:paraId="06D040CD" w14:textId="3721AB71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582" w:type="dxa"/>
            <w:shd w:val="clear" w:color="auto" w:fill="F5F5F5"/>
            <w:vAlign w:val="center"/>
          </w:tcPr>
          <w:p w14:paraId="7E529AC9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Минская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область</w:t>
            </w:r>
            <w:proofErr w:type="spellEnd"/>
          </w:p>
        </w:tc>
        <w:tc>
          <w:tcPr>
            <w:tcW w:w="2379" w:type="dxa"/>
            <w:shd w:val="clear" w:color="auto" w:fill="F5F5F5"/>
            <w:vAlign w:val="center"/>
          </w:tcPr>
          <w:p w14:paraId="42091891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Лембиевский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 Тимофей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ЕвгеньевичГуль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 Артём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ЮрьевичАбрагимович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 Дамир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АлександровичАпанасевич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 Максим Сергеевич</w:t>
            </w:r>
          </w:p>
        </w:tc>
        <w:tc>
          <w:tcPr>
            <w:tcW w:w="644" w:type="dxa"/>
            <w:shd w:val="clear" w:color="auto" w:fill="F5F5F5"/>
            <w:vAlign w:val="center"/>
          </w:tcPr>
          <w:p w14:paraId="72003CC7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2541" w:type="dxa"/>
            <w:shd w:val="clear" w:color="auto" w:fill="F5F5F5"/>
            <w:vAlign w:val="center"/>
          </w:tcPr>
          <w:p w14:paraId="4059FAE8" w14:textId="61BEC9E0" w:rsidR="00B626BC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sz w:val="16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ГУО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Клецкая средняя школа № 3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</w:p>
          <w:p w14:paraId="0E2890C9" w14:textId="01DDE070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ГУДО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Клецкий центр детского творчества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</w:p>
        </w:tc>
        <w:tc>
          <w:tcPr>
            <w:tcW w:w="668" w:type="dxa"/>
            <w:shd w:val="clear" w:color="auto" w:fill="F5F5F5"/>
            <w:vAlign w:val="center"/>
          </w:tcPr>
          <w:p w14:paraId="4547377A" w14:textId="77777777" w:rsidR="00FC601A" w:rsidRPr="00F4323A" w:rsidRDefault="00FC601A" w:rsidP="00FC601A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646464"/>
                <w:sz w:val="16"/>
              </w:rPr>
              <w:t>2</w:t>
            </w:r>
          </w:p>
        </w:tc>
        <w:tc>
          <w:tcPr>
            <w:tcW w:w="2545" w:type="dxa"/>
            <w:shd w:val="clear" w:color="auto" w:fill="F5F5F5"/>
            <w:vAlign w:val="center"/>
          </w:tcPr>
          <w:p w14:paraId="58280F99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Высоцкий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Василий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Михайлович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</w:rPr>
              <w:t>,</w:t>
            </w:r>
          </w:p>
        </w:tc>
      </w:tr>
      <w:tr w:rsidR="00FC601A" w:rsidRPr="009461FA" w14:paraId="712057A5" w14:textId="77777777" w:rsidTr="00FC601A">
        <w:tc>
          <w:tcPr>
            <w:tcW w:w="397" w:type="dxa"/>
            <w:shd w:val="clear" w:color="auto" w:fill="FFF0E0"/>
            <w:vAlign w:val="center"/>
          </w:tcPr>
          <w:p w14:paraId="41A8D8DB" w14:textId="1AB8037E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582" w:type="dxa"/>
            <w:shd w:val="clear" w:color="auto" w:fill="FFF0E0"/>
            <w:vAlign w:val="center"/>
          </w:tcPr>
          <w:p w14:paraId="059420B4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sz w:val="16"/>
              </w:rPr>
              <w:t xml:space="preserve">г. </w:t>
            </w:r>
            <w:proofErr w:type="spellStart"/>
            <w:r w:rsidRPr="00F4323A">
              <w:rPr>
                <w:rFonts w:ascii="Times New Roman" w:hAnsi="Times New Roman" w:cs="Times New Roman"/>
                <w:sz w:val="16"/>
              </w:rPr>
              <w:t>Минск</w:t>
            </w:r>
            <w:proofErr w:type="spellEnd"/>
          </w:p>
        </w:tc>
        <w:tc>
          <w:tcPr>
            <w:tcW w:w="2379" w:type="dxa"/>
            <w:shd w:val="clear" w:color="auto" w:fill="FFF0E0"/>
            <w:vAlign w:val="center"/>
          </w:tcPr>
          <w:p w14:paraId="1ECC109E" w14:textId="77777777" w:rsidR="001C6FC9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sz w:val="16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Баранец Дарья Алексеевна</w:t>
            </w:r>
          </w:p>
          <w:p w14:paraId="278206F3" w14:textId="77777777" w:rsidR="001C6FC9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sz w:val="16"/>
                <w:lang w:val="ru-RU"/>
              </w:rPr>
            </w:pPr>
            <w:proofErr w:type="spellStart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Павлюковец</w:t>
            </w:r>
            <w:proofErr w:type="spellEnd"/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 Анна Сергеевна</w:t>
            </w:r>
          </w:p>
          <w:p w14:paraId="45E2051E" w14:textId="77777777" w:rsidR="001C6FC9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sz w:val="16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Исаченко Игнатий Сергеевич</w:t>
            </w:r>
          </w:p>
          <w:p w14:paraId="1EB75662" w14:textId="425159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Данилевич Арсений Денисович</w:t>
            </w:r>
          </w:p>
        </w:tc>
        <w:tc>
          <w:tcPr>
            <w:tcW w:w="644" w:type="dxa"/>
            <w:shd w:val="clear" w:color="auto" w:fill="FFF0E0"/>
            <w:vAlign w:val="center"/>
          </w:tcPr>
          <w:p w14:paraId="7A79C1E5" w14:textId="77777777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2541" w:type="dxa"/>
            <w:shd w:val="clear" w:color="auto" w:fill="FFF0E0"/>
            <w:vAlign w:val="center"/>
          </w:tcPr>
          <w:p w14:paraId="11BFD2F6" w14:textId="638FADEF" w:rsidR="007B64A1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sz w:val="16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ГУО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Гимназия №39 г. Минска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</w:p>
          <w:p w14:paraId="1328E2A9" w14:textId="728010FA" w:rsidR="007B64A1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sz w:val="16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ГУО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Гимназия №39 г. Минска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</w:p>
          <w:p w14:paraId="0AA9ECAB" w14:textId="22F45904" w:rsidR="007B64A1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sz w:val="16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ГУО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Средняя школа №59 г. Минска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</w:p>
          <w:p w14:paraId="2C10554B" w14:textId="520CF4E6" w:rsidR="00FC601A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ГУО 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«</w:t>
            </w: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Средняя школа №59 г. Минска</w:t>
            </w:r>
            <w:r w:rsidR="00203833" w:rsidRPr="00F4323A">
              <w:rPr>
                <w:rFonts w:ascii="Times New Roman" w:hAnsi="Times New Roman" w:cs="Times New Roman"/>
                <w:sz w:val="16"/>
                <w:lang w:val="ru-RU"/>
              </w:rPr>
              <w:t>»</w:t>
            </w:r>
          </w:p>
        </w:tc>
        <w:tc>
          <w:tcPr>
            <w:tcW w:w="668" w:type="dxa"/>
            <w:shd w:val="clear" w:color="auto" w:fill="FFF0E0"/>
            <w:vAlign w:val="center"/>
          </w:tcPr>
          <w:p w14:paraId="09A4F5B1" w14:textId="77777777" w:rsidR="00FC601A" w:rsidRPr="00F4323A" w:rsidRDefault="00FC601A" w:rsidP="00FC601A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F4323A">
              <w:rPr>
                <w:rFonts w:ascii="Times New Roman" w:hAnsi="Times New Roman" w:cs="Times New Roman"/>
                <w:b/>
                <w:color w:val="8B5A2B"/>
                <w:sz w:val="16"/>
              </w:rPr>
              <w:t>3</w:t>
            </w:r>
          </w:p>
        </w:tc>
        <w:tc>
          <w:tcPr>
            <w:tcW w:w="2545" w:type="dxa"/>
            <w:shd w:val="clear" w:color="auto" w:fill="FFF0E0"/>
            <w:vAlign w:val="center"/>
          </w:tcPr>
          <w:p w14:paraId="166C293D" w14:textId="0A0491F3" w:rsidR="00B626BC" w:rsidRPr="00F4323A" w:rsidRDefault="00FC601A" w:rsidP="00FC601A">
            <w:pPr>
              <w:spacing w:before="20" w:after="20"/>
              <w:rPr>
                <w:rFonts w:ascii="Times New Roman" w:hAnsi="Times New Roman" w:cs="Times New Roman"/>
                <w:sz w:val="16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 xml:space="preserve">Журба Галина Павловна, </w:t>
            </w:r>
            <w:r w:rsidR="007B64A1" w:rsidRPr="00F4323A">
              <w:rPr>
                <w:rFonts w:ascii="Times New Roman" w:hAnsi="Times New Roman" w:cs="Times New Roman"/>
                <w:sz w:val="16"/>
                <w:lang w:val="ru-RU"/>
              </w:rPr>
              <w:t>-</w:t>
            </w:r>
            <w:r w:rsidR="007B64A1" w:rsidRPr="00F4323A">
              <w:rPr>
                <w:rFonts w:ascii="Times New Roman" w:hAnsi="Times New Roman" w:cs="Times New Roman"/>
                <w:b/>
                <w:bCs/>
                <w:sz w:val="16"/>
                <w:lang w:val="ru-RU"/>
              </w:rPr>
              <w:t xml:space="preserve"> у первых двух</w:t>
            </w:r>
          </w:p>
          <w:p w14:paraId="187239CE" w14:textId="773D0101" w:rsidR="00FC601A" w:rsidRPr="00ED5832" w:rsidRDefault="00FC601A" w:rsidP="00FC601A">
            <w:pPr>
              <w:spacing w:before="20" w:after="20"/>
              <w:rPr>
                <w:rFonts w:ascii="Times New Roman" w:hAnsi="Times New Roman" w:cs="Times New Roman"/>
                <w:lang w:val="ru-RU"/>
              </w:rPr>
            </w:pPr>
            <w:r w:rsidRPr="00F4323A">
              <w:rPr>
                <w:rFonts w:ascii="Times New Roman" w:hAnsi="Times New Roman" w:cs="Times New Roman"/>
                <w:sz w:val="16"/>
                <w:lang w:val="ru-RU"/>
              </w:rPr>
              <w:t>Баранец Карина Николаевна,</w:t>
            </w:r>
            <w:r w:rsidRPr="00ED5832">
              <w:rPr>
                <w:rFonts w:ascii="Times New Roman" w:hAnsi="Times New Roman" w:cs="Times New Roman"/>
                <w:sz w:val="16"/>
                <w:lang w:val="ru-RU"/>
              </w:rPr>
              <w:t xml:space="preserve"> </w:t>
            </w:r>
          </w:p>
        </w:tc>
      </w:tr>
    </w:tbl>
    <w:p w14:paraId="00CF3D8C" w14:textId="77777777" w:rsidR="00456E57" w:rsidRPr="00ED5832" w:rsidRDefault="00456E57">
      <w:pPr>
        <w:rPr>
          <w:rFonts w:ascii="Times New Roman" w:hAnsi="Times New Roman" w:cs="Times New Roman"/>
          <w:lang w:val="ru-RU"/>
        </w:rPr>
      </w:pPr>
    </w:p>
    <w:sectPr w:rsidR="00456E57" w:rsidRPr="00ED5832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53FC1"/>
    <w:rsid w:val="0006063C"/>
    <w:rsid w:val="000C41D0"/>
    <w:rsid w:val="0015074B"/>
    <w:rsid w:val="00152312"/>
    <w:rsid w:val="001C6FC9"/>
    <w:rsid w:val="00203833"/>
    <w:rsid w:val="0029639D"/>
    <w:rsid w:val="002A3C1E"/>
    <w:rsid w:val="00326F90"/>
    <w:rsid w:val="00456E57"/>
    <w:rsid w:val="0049745D"/>
    <w:rsid w:val="00504BCA"/>
    <w:rsid w:val="005B55F2"/>
    <w:rsid w:val="006A0C2D"/>
    <w:rsid w:val="007427FF"/>
    <w:rsid w:val="00746F27"/>
    <w:rsid w:val="007B64A1"/>
    <w:rsid w:val="007C4AF5"/>
    <w:rsid w:val="00806CAB"/>
    <w:rsid w:val="009021EE"/>
    <w:rsid w:val="0093482A"/>
    <w:rsid w:val="00937ACE"/>
    <w:rsid w:val="009461FA"/>
    <w:rsid w:val="009A5933"/>
    <w:rsid w:val="00AA1D8D"/>
    <w:rsid w:val="00AE3C82"/>
    <w:rsid w:val="00B47730"/>
    <w:rsid w:val="00B626BC"/>
    <w:rsid w:val="00B63CDE"/>
    <w:rsid w:val="00C20FB4"/>
    <w:rsid w:val="00C629D5"/>
    <w:rsid w:val="00CB0664"/>
    <w:rsid w:val="00EB5F27"/>
    <w:rsid w:val="00ED5832"/>
    <w:rsid w:val="00F4323A"/>
    <w:rsid w:val="00F66E74"/>
    <w:rsid w:val="00FC601A"/>
    <w:rsid w:val="00FC693F"/>
    <w:rsid w:val="00FD0AF7"/>
    <w:rsid w:val="00FF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5728F4"/>
  <w14:defaultImageDpi w14:val="300"/>
  <w15:docId w15:val="{5A662D58-9C6E-484A-AB0F-5FECABC32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C629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C629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99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4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5EA89F1-5CDD-4961-B5E4-E304C4A65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1688</Words>
  <Characters>9624</Characters>
  <Application>Microsoft Office Word</Application>
  <DocSecurity>0</DocSecurity>
  <Lines>80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11290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7</cp:revision>
  <cp:lastPrinted>2026-04-28T06:06:00Z</cp:lastPrinted>
  <dcterms:created xsi:type="dcterms:W3CDTF">2026-04-16T12:56:00Z</dcterms:created>
  <dcterms:modified xsi:type="dcterms:W3CDTF">2026-04-28T06:10:00Z</dcterms:modified>
  <cp:category/>
</cp:coreProperties>
</file>